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9A256" w14:textId="32E303E7" w:rsidR="00495DAE" w:rsidRPr="00E0286C" w:rsidRDefault="00000000">
      <w:pPr>
        <w:pStyle w:val="Ttulo1"/>
        <w:rPr>
          <w:rFonts w:asciiTheme="minorHAnsi" w:hAnsiTheme="minorHAnsi"/>
          <w:color w:val="auto"/>
        </w:rPr>
      </w:pPr>
      <w:r w:rsidRPr="00E0286C">
        <w:rPr>
          <w:rFonts w:asciiTheme="minorHAnsi" w:hAnsiTheme="minorHAnsi"/>
          <w:color w:val="auto"/>
        </w:rPr>
        <w:t>ADITIVO CONTRATUAL PARA MÓDULOS EXTRAS E</w:t>
      </w:r>
      <w:r w:rsidR="00986150">
        <w:rPr>
          <w:rFonts w:asciiTheme="minorHAnsi" w:hAnsiTheme="minorHAnsi"/>
          <w:color w:val="auto"/>
        </w:rPr>
        <w:t>/OU</w:t>
      </w:r>
      <w:r w:rsidRPr="00E0286C">
        <w:rPr>
          <w:rFonts w:asciiTheme="minorHAnsi" w:hAnsiTheme="minorHAnsi"/>
          <w:color w:val="auto"/>
        </w:rPr>
        <w:t xml:space="preserve"> ESTAÇÕES DE TRABALHO</w:t>
      </w:r>
    </w:p>
    <w:p w14:paraId="157F2B78" w14:textId="47C41085" w:rsidR="00E0286C" w:rsidRDefault="00000000">
      <w:r w:rsidRPr="00E0286C">
        <w:br/>
        <w:t xml:space="preserve">Pelo </w:t>
      </w:r>
      <w:proofErr w:type="spellStart"/>
      <w:r w:rsidRPr="00E0286C">
        <w:t>presente</w:t>
      </w:r>
      <w:proofErr w:type="spellEnd"/>
      <w:r w:rsidRPr="00E0286C">
        <w:t xml:space="preserve"> </w:t>
      </w:r>
      <w:proofErr w:type="spellStart"/>
      <w:r w:rsidRPr="00E0286C">
        <w:t>Aditivo</w:t>
      </w:r>
      <w:proofErr w:type="spellEnd"/>
      <w:r w:rsidRPr="00E0286C">
        <w:t xml:space="preserve"> </w:t>
      </w:r>
      <w:proofErr w:type="spellStart"/>
      <w:r w:rsidRPr="00E0286C">
        <w:t>Contratual</w:t>
      </w:r>
      <w:proofErr w:type="spellEnd"/>
      <w:r w:rsidRPr="00E0286C">
        <w:t xml:space="preserve">, a </w:t>
      </w:r>
      <w:r w:rsidRPr="00E0286C">
        <w:rPr>
          <w:b/>
          <w:bCs/>
        </w:rPr>
        <w:t>SOFTJAVA SISTEMA</w:t>
      </w:r>
      <w:r w:rsidR="00E0286C" w:rsidRPr="00E0286C">
        <w:rPr>
          <w:b/>
          <w:bCs/>
        </w:rPr>
        <w:t>S</w:t>
      </w:r>
      <w:r w:rsidRPr="00E0286C">
        <w:t xml:space="preserve">, </w:t>
      </w:r>
      <w:proofErr w:type="spellStart"/>
      <w:r w:rsidRPr="00E0286C">
        <w:t>inscrita</w:t>
      </w:r>
      <w:proofErr w:type="spellEnd"/>
      <w:r w:rsidRPr="00E0286C">
        <w:t xml:space="preserve"> no CNPJ sob </w:t>
      </w:r>
      <w:proofErr w:type="spellStart"/>
      <w:r w:rsidRPr="00E0286C">
        <w:t>o n</w:t>
      </w:r>
      <w:proofErr w:type="spellEnd"/>
      <w:r w:rsidRPr="00E0286C">
        <w:t xml:space="preserve">º </w:t>
      </w:r>
      <w:r w:rsidRPr="00E0286C">
        <w:rPr>
          <w:b/>
          <w:bCs/>
        </w:rPr>
        <w:t>26.957.858/0001-32</w:t>
      </w:r>
      <w:r w:rsidRPr="00E0286C">
        <w:t xml:space="preserve">, </w:t>
      </w:r>
      <w:proofErr w:type="spellStart"/>
      <w:r w:rsidRPr="00E0286C">
        <w:t>doravante</w:t>
      </w:r>
      <w:proofErr w:type="spellEnd"/>
      <w:r w:rsidRPr="00E0286C">
        <w:t xml:space="preserve"> </w:t>
      </w:r>
      <w:proofErr w:type="spellStart"/>
      <w:r w:rsidRPr="00E0286C">
        <w:t>denominada</w:t>
      </w:r>
      <w:proofErr w:type="spellEnd"/>
      <w:r w:rsidRPr="00E0286C">
        <w:t xml:space="preserve"> </w:t>
      </w:r>
      <w:r w:rsidR="00C0401F" w:rsidRPr="00C0401F">
        <w:rPr>
          <w:b/>
          <w:bCs/>
        </w:rPr>
        <w:t>54.923.992 LUCAS LIMA DE OLIVEIRA</w:t>
      </w:r>
      <w:r w:rsidR="00C0401F">
        <w:rPr>
          <w:b/>
          <w:bCs/>
        </w:rPr>
        <w:t xml:space="preserve"> </w:t>
      </w:r>
      <w:proofErr w:type="spellStart"/>
      <w:r w:rsidRPr="00E0286C">
        <w:t>inscrito</w:t>
      </w:r>
      <w:proofErr w:type="spellEnd"/>
      <w:r w:rsidRPr="00E0286C">
        <w:t xml:space="preserve">(a) no CPF/CNPJ sob o </w:t>
      </w:r>
      <w:r w:rsidR="00C0401F" w:rsidRPr="00C0401F">
        <w:rPr>
          <w:b/>
          <w:bCs/>
        </w:rPr>
        <w:t>54.923.992/0001-58</w:t>
      </w:r>
      <w:r w:rsidRPr="00E0286C">
        <w:t>, d</w:t>
      </w:r>
      <w:proofErr w:type="spellStart"/>
      <w:r w:rsidRPr="00E0286C">
        <w:t>oravante</w:t>
      </w:r>
      <w:proofErr w:type="spellEnd"/>
      <w:r w:rsidRPr="00E0286C">
        <w:t xml:space="preserve"> </w:t>
      </w:r>
      <w:proofErr w:type="spellStart"/>
      <w:r w:rsidRPr="00E0286C">
        <w:t>denominado</w:t>
      </w:r>
      <w:proofErr w:type="spellEnd"/>
      <w:r w:rsidRPr="00E0286C">
        <w:t xml:space="preserve">(a) </w:t>
      </w:r>
      <w:r w:rsidRPr="00E0286C">
        <w:rPr>
          <w:b/>
          <w:bCs/>
        </w:rPr>
        <w:t>CONTRATANTE</w:t>
      </w:r>
      <w:r w:rsidRPr="00E0286C">
        <w:t xml:space="preserve">, </w:t>
      </w:r>
      <w:proofErr w:type="spellStart"/>
      <w:r w:rsidRPr="00E0286C">
        <w:t>ajustam</w:t>
      </w:r>
      <w:proofErr w:type="spellEnd"/>
      <w:r w:rsidRPr="00E0286C">
        <w:t xml:space="preserve"> a </w:t>
      </w:r>
      <w:proofErr w:type="spellStart"/>
      <w:r w:rsidRPr="00E0286C">
        <w:t>seguinte</w:t>
      </w:r>
      <w:proofErr w:type="spellEnd"/>
      <w:r w:rsidRPr="00E0286C">
        <w:t xml:space="preserve"> </w:t>
      </w:r>
      <w:proofErr w:type="spellStart"/>
      <w:r w:rsidRPr="00E0286C">
        <w:t>alteração</w:t>
      </w:r>
      <w:proofErr w:type="spellEnd"/>
      <w:r w:rsidRPr="00E0286C">
        <w:t xml:space="preserve"> no </w:t>
      </w:r>
      <w:proofErr w:type="spellStart"/>
      <w:r w:rsidRPr="00E0286C">
        <w:t>contrato</w:t>
      </w:r>
      <w:proofErr w:type="spellEnd"/>
      <w:r w:rsidRPr="00E0286C">
        <w:t xml:space="preserve"> original:</w:t>
      </w:r>
    </w:p>
    <w:p w14:paraId="5E5EDC56" w14:textId="19E74D7B" w:rsidR="00E0286C" w:rsidRDefault="00000000">
      <w:r w:rsidRPr="00E0286C">
        <w:br/>
      </w:r>
      <w:r w:rsidRPr="00E0286C">
        <w:br/>
        <w:t xml:space="preserve">1. O CONTRATANTE </w:t>
      </w:r>
      <w:proofErr w:type="spellStart"/>
      <w:r w:rsidRPr="00E0286C">
        <w:t>poderá</w:t>
      </w:r>
      <w:proofErr w:type="spellEnd"/>
      <w:r w:rsidRPr="00E0286C">
        <w:t xml:space="preserve"> </w:t>
      </w:r>
      <w:proofErr w:type="spellStart"/>
      <w:r w:rsidRPr="00E0286C">
        <w:t>solicitar</w:t>
      </w:r>
      <w:proofErr w:type="spellEnd"/>
      <w:r w:rsidRPr="00E0286C">
        <w:t xml:space="preserve"> </w:t>
      </w:r>
      <w:proofErr w:type="gramStart"/>
      <w:r w:rsidRPr="00E0286C">
        <w:t>a</w:t>
      </w:r>
      <w:proofErr w:type="gramEnd"/>
      <w:r w:rsidRPr="00E0286C">
        <w:t xml:space="preserve"> </w:t>
      </w:r>
      <w:proofErr w:type="spellStart"/>
      <w:r w:rsidRPr="00E0286C">
        <w:t>ativação</w:t>
      </w:r>
      <w:proofErr w:type="spellEnd"/>
      <w:r w:rsidRPr="00E0286C">
        <w:t xml:space="preserve"> de </w:t>
      </w:r>
      <w:proofErr w:type="spellStart"/>
      <w:r w:rsidRPr="00E0286C">
        <w:t>módulos</w:t>
      </w:r>
      <w:proofErr w:type="spellEnd"/>
      <w:r w:rsidRPr="00E0286C">
        <w:t xml:space="preserve"> </w:t>
      </w:r>
      <w:r w:rsidR="005B3250">
        <w:rPr>
          <w:b/>
          <w:bCs/>
        </w:rPr>
        <w:t>TEF</w:t>
      </w:r>
      <w:r w:rsidRPr="00E0286C">
        <w:t xml:space="preserve"> e </w:t>
      </w:r>
      <w:proofErr w:type="gramStart"/>
      <w:r w:rsidRPr="00E0286C">
        <w:t>a</w:t>
      </w:r>
      <w:proofErr w:type="gramEnd"/>
      <w:r w:rsidRPr="00E0286C">
        <w:t xml:space="preserve"> </w:t>
      </w:r>
      <w:proofErr w:type="spellStart"/>
      <w:r w:rsidRPr="00E0286C">
        <w:t>adição</w:t>
      </w:r>
      <w:proofErr w:type="spellEnd"/>
      <w:r w:rsidRPr="00E0286C">
        <w:t xml:space="preserve"> de </w:t>
      </w:r>
      <w:r w:rsidR="005B3250">
        <w:rPr>
          <w:b/>
          <w:bCs/>
        </w:rPr>
        <w:t>0</w:t>
      </w:r>
      <w:r w:rsidR="00C0401F">
        <w:rPr>
          <w:b/>
          <w:bCs/>
        </w:rPr>
        <w:t>2</w:t>
      </w:r>
      <w:r w:rsidR="005B3250">
        <w:rPr>
          <w:b/>
          <w:bCs/>
        </w:rPr>
        <w:t xml:space="preserve"> (</w:t>
      </w:r>
      <w:proofErr w:type="spellStart"/>
      <w:proofErr w:type="gramStart"/>
      <w:r w:rsidR="00C0401F">
        <w:rPr>
          <w:b/>
          <w:bCs/>
        </w:rPr>
        <w:t>dois</w:t>
      </w:r>
      <w:proofErr w:type="spellEnd"/>
      <w:r w:rsidR="005B3250">
        <w:rPr>
          <w:b/>
          <w:bCs/>
        </w:rPr>
        <w:t xml:space="preserve"> )</w:t>
      </w:r>
      <w:proofErr w:type="gramEnd"/>
      <w:r w:rsidR="005B3250">
        <w:rPr>
          <w:b/>
          <w:bCs/>
        </w:rPr>
        <w:t xml:space="preserve"> </w:t>
      </w:r>
      <w:proofErr w:type="spellStart"/>
      <w:r w:rsidRPr="00E0286C">
        <w:t>estações</w:t>
      </w:r>
      <w:proofErr w:type="spellEnd"/>
      <w:r w:rsidRPr="00E0286C">
        <w:t xml:space="preserve"> de </w:t>
      </w:r>
      <w:proofErr w:type="spellStart"/>
      <w:r w:rsidRPr="00E0286C">
        <w:t>trabalho</w:t>
      </w:r>
      <w:proofErr w:type="spellEnd"/>
      <w:r w:rsidRPr="00E0286C">
        <w:t xml:space="preserve"> </w:t>
      </w:r>
      <w:proofErr w:type="spellStart"/>
      <w:r w:rsidRPr="00E0286C">
        <w:t>ao</w:t>
      </w:r>
      <w:proofErr w:type="spellEnd"/>
      <w:r w:rsidRPr="00E0286C">
        <w:t xml:space="preserve"> </w:t>
      </w:r>
      <w:proofErr w:type="spellStart"/>
      <w:r w:rsidRPr="00E0286C">
        <w:t>sistema</w:t>
      </w:r>
      <w:proofErr w:type="spellEnd"/>
      <w:r w:rsidRPr="00E0286C">
        <w:t xml:space="preserve"> </w:t>
      </w:r>
      <w:proofErr w:type="spellStart"/>
      <w:r w:rsidRPr="00E0286C">
        <w:t>contratado</w:t>
      </w:r>
      <w:proofErr w:type="spellEnd"/>
      <w:r w:rsidRPr="00E0286C">
        <w:t>.</w:t>
      </w:r>
      <w:r w:rsidRPr="00E0286C">
        <w:br/>
        <w:t xml:space="preserve">2. Cada novo </w:t>
      </w:r>
      <w:proofErr w:type="spellStart"/>
      <w:r w:rsidRPr="00E0286C">
        <w:t>módulo</w:t>
      </w:r>
      <w:proofErr w:type="spellEnd"/>
      <w:r w:rsidRPr="00E0286C">
        <w:t xml:space="preserve"> </w:t>
      </w:r>
      <w:proofErr w:type="spellStart"/>
      <w:r w:rsidRPr="00E0286C">
        <w:t>contratado</w:t>
      </w:r>
      <w:proofErr w:type="spellEnd"/>
      <w:r w:rsidRPr="00E0286C">
        <w:t xml:space="preserve"> </w:t>
      </w:r>
      <w:proofErr w:type="spellStart"/>
      <w:r w:rsidRPr="00E0286C">
        <w:t>implicará</w:t>
      </w:r>
      <w:proofErr w:type="spellEnd"/>
      <w:r w:rsidRPr="00E0286C">
        <w:t xml:space="preserve"> </w:t>
      </w:r>
      <w:proofErr w:type="spellStart"/>
      <w:r w:rsidRPr="00E0286C">
        <w:t>em</w:t>
      </w:r>
      <w:proofErr w:type="spellEnd"/>
      <w:r w:rsidRPr="00E0286C">
        <w:t xml:space="preserve"> um </w:t>
      </w:r>
      <w:proofErr w:type="spellStart"/>
      <w:r w:rsidRPr="00E0286C">
        <w:t>acréscimo</w:t>
      </w:r>
      <w:proofErr w:type="spellEnd"/>
      <w:r w:rsidRPr="00E0286C">
        <w:t xml:space="preserve"> no valor da </w:t>
      </w:r>
      <w:proofErr w:type="spellStart"/>
      <w:r w:rsidRPr="00E0286C">
        <w:t>mensalidade</w:t>
      </w:r>
      <w:proofErr w:type="spellEnd"/>
      <w:r w:rsidRPr="00E0286C">
        <w:t xml:space="preserve">, </w:t>
      </w:r>
      <w:proofErr w:type="spellStart"/>
      <w:r w:rsidRPr="00E0286C">
        <w:t>conforme</w:t>
      </w:r>
      <w:proofErr w:type="spellEnd"/>
      <w:r w:rsidRPr="00E0286C">
        <w:t xml:space="preserve"> </w:t>
      </w:r>
      <w:proofErr w:type="spellStart"/>
      <w:r w:rsidRPr="00E0286C">
        <w:t>tabela</w:t>
      </w:r>
      <w:proofErr w:type="spellEnd"/>
      <w:r w:rsidRPr="00E0286C">
        <w:t xml:space="preserve"> de </w:t>
      </w:r>
      <w:proofErr w:type="spellStart"/>
      <w:r w:rsidRPr="00E0286C">
        <w:t>preços</w:t>
      </w:r>
      <w:proofErr w:type="spellEnd"/>
      <w:r w:rsidRPr="00E0286C">
        <w:t xml:space="preserve"> </w:t>
      </w:r>
      <w:proofErr w:type="spellStart"/>
      <w:r w:rsidRPr="00E0286C">
        <w:t>vigente</w:t>
      </w:r>
      <w:proofErr w:type="spellEnd"/>
      <w:r w:rsidRPr="00E0286C">
        <w:t xml:space="preserve"> da CONTRATADA</w:t>
      </w:r>
      <w:r w:rsidR="005B3250">
        <w:t>,</w:t>
      </w:r>
      <w:r w:rsidR="005B3250" w:rsidRPr="005B3250">
        <w:t xml:space="preserve"> </w:t>
      </w:r>
      <w:proofErr w:type="spellStart"/>
      <w:r w:rsidR="005B3250" w:rsidRPr="005B3250">
        <w:t>sendo</w:t>
      </w:r>
      <w:proofErr w:type="spellEnd"/>
      <w:r w:rsidR="005B3250" w:rsidRPr="005B3250">
        <w:t xml:space="preserve"> o valor </w:t>
      </w:r>
      <w:r w:rsidR="005B3250" w:rsidRPr="005D48D0">
        <w:rPr>
          <w:b/>
          <w:bCs/>
        </w:rPr>
        <w:t>do TEF R$ 200,00</w:t>
      </w:r>
      <w:r w:rsidR="005B3250" w:rsidRPr="005B3250">
        <w:t>.</w:t>
      </w:r>
      <w:r w:rsidRPr="00E0286C">
        <w:br/>
        <w:t xml:space="preserve">3. Cada nova </w:t>
      </w:r>
      <w:proofErr w:type="spellStart"/>
      <w:r w:rsidRPr="00E0286C">
        <w:t>estação</w:t>
      </w:r>
      <w:proofErr w:type="spellEnd"/>
      <w:r w:rsidRPr="00E0286C">
        <w:t xml:space="preserve"> de </w:t>
      </w:r>
      <w:proofErr w:type="spellStart"/>
      <w:r w:rsidRPr="00E0286C">
        <w:t>trabalho</w:t>
      </w:r>
      <w:proofErr w:type="spellEnd"/>
      <w:r w:rsidRPr="00E0286C">
        <w:t xml:space="preserve"> </w:t>
      </w:r>
      <w:proofErr w:type="spellStart"/>
      <w:r w:rsidRPr="00E0286C">
        <w:t>ativada</w:t>
      </w:r>
      <w:proofErr w:type="spellEnd"/>
      <w:r w:rsidRPr="00E0286C">
        <w:t xml:space="preserve"> </w:t>
      </w:r>
      <w:proofErr w:type="spellStart"/>
      <w:r w:rsidRPr="00E0286C">
        <w:t>terá</w:t>
      </w:r>
      <w:proofErr w:type="spellEnd"/>
      <w:r w:rsidRPr="00E0286C">
        <w:t xml:space="preserve"> um </w:t>
      </w:r>
      <w:proofErr w:type="spellStart"/>
      <w:r w:rsidRPr="00E0286C">
        <w:t>acréscimo</w:t>
      </w:r>
      <w:proofErr w:type="spellEnd"/>
      <w:r w:rsidRPr="00E0286C">
        <w:t xml:space="preserve"> de </w:t>
      </w:r>
      <w:r w:rsidRPr="00E0286C">
        <w:rPr>
          <w:b/>
          <w:bCs/>
        </w:rPr>
        <w:t xml:space="preserve">R$ </w:t>
      </w:r>
      <w:r w:rsidR="008020B6">
        <w:rPr>
          <w:b/>
          <w:bCs/>
        </w:rPr>
        <w:t>10</w:t>
      </w:r>
      <w:r w:rsidRPr="00E0286C">
        <w:rPr>
          <w:b/>
          <w:bCs/>
        </w:rPr>
        <w:t>0,00 (c</w:t>
      </w:r>
      <w:r w:rsidR="008020B6">
        <w:rPr>
          <w:b/>
          <w:bCs/>
        </w:rPr>
        <w:t xml:space="preserve">em </w:t>
      </w:r>
      <w:r w:rsidRPr="00E0286C">
        <w:rPr>
          <w:b/>
          <w:bCs/>
        </w:rPr>
        <w:t>reais)</w:t>
      </w:r>
      <w:r w:rsidRPr="00E0286C">
        <w:t xml:space="preserve"> </w:t>
      </w:r>
      <w:proofErr w:type="spellStart"/>
      <w:r w:rsidRPr="00E0286C">
        <w:t>por</w:t>
      </w:r>
      <w:proofErr w:type="spellEnd"/>
      <w:r w:rsidRPr="00E0286C">
        <w:t xml:space="preserve"> </w:t>
      </w:r>
      <w:proofErr w:type="spellStart"/>
      <w:r w:rsidRPr="00E0286C">
        <w:t>mês</w:t>
      </w:r>
      <w:proofErr w:type="spellEnd"/>
      <w:r w:rsidRPr="00E0286C">
        <w:t xml:space="preserve"> </w:t>
      </w:r>
      <w:proofErr w:type="spellStart"/>
      <w:r w:rsidRPr="00E0286C">
        <w:t>na</w:t>
      </w:r>
      <w:proofErr w:type="spellEnd"/>
      <w:r w:rsidRPr="00E0286C">
        <w:t xml:space="preserve"> </w:t>
      </w:r>
      <w:proofErr w:type="spellStart"/>
      <w:r w:rsidRPr="00E0286C">
        <w:t>mensalidade</w:t>
      </w:r>
      <w:proofErr w:type="spellEnd"/>
      <w:r w:rsidRPr="00E0286C">
        <w:t xml:space="preserve"> do CONTRATANTE.</w:t>
      </w:r>
      <w:r w:rsidRPr="00E0286C">
        <w:br/>
        <w:t xml:space="preserve">4. A </w:t>
      </w:r>
      <w:proofErr w:type="spellStart"/>
      <w:r w:rsidRPr="00E0286C">
        <w:t>solicitação</w:t>
      </w:r>
      <w:proofErr w:type="spellEnd"/>
      <w:r w:rsidRPr="00E0286C">
        <w:t xml:space="preserve"> de </w:t>
      </w:r>
      <w:proofErr w:type="spellStart"/>
      <w:r w:rsidRPr="00E0286C">
        <w:t>novos</w:t>
      </w:r>
      <w:proofErr w:type="spellEnd"/>
      <w:r w:rsidRPr="00E0286C">
        <w:t xml:space="preserve"> </w:t>
      </w:r>
      <w:proofErr w:type="spellStart"/>
      <w:r w:rsidRPr="00E0286C">
        <w:t>módulos</w:t>
      </w:r>
      <w:proofErr w:type="spellEnd"/>
      <w:r w:rsidRPr="00E0286C">
        <w:t xml:space="preserve"> e </w:t>
      </w:r>
      <w:proofErr w:type="spellStart"/>
      <w:r w:rsidRPr="00E0286C">
        <w:t>estações</w:t>
      </w:r>
      <w:proofErr w:type="spellEnd"/>
      <w:r w:rsidRPr="00E0286C">
        <w:t xml:space="preserve"> </w:t>
      </w:r>
      <w:proofErr w:type="spellStart"/>
      <w:r w:rsidRPr="00E0286C">
        <w:t>deverá</w:t>
      </w:r>
      <w:proofErr w:type="spellEnd"/>
      <w:r w:rsidRPr="00E0286C">
        <w:t xml:space="preserve"> ser </w:t>
      </w:r>
      <w:proofErr w:type="spellStart"/>
      <w:r w:rsidRPr="00E0286C">
        <w:t>formalizada</w:t>
      </w:r>
      <w:proofErr w:type="spellEnd"/>
      <w:r w:rsidRPr="00E0286C">
        <w:t xml:space="preserve"> </w:t>
      </w:r>
      <w:proofErr w:type="spellStart"/>
      <w:r w:rsidRPr="00E0286C">
        <w:t>por</w:t>
      </w:r>
      <w:proofErr w:type="spellEnd"/>
      <w:r w:rsidRPr="00E0286C">
        <w:t xml:space="preserve"> </w:t>
      </w:r>
      <w:proofErr w:type="spellStart"/>
      <w:r w:rsidRPr="00E0286C">
        <w:t>escrito</w:t>
      </w:r>
      <w:proofErr w:type="spellEnd"/>
      <w:r w:rsidRPr="00E0286C">
        <w:t xml:space="preserve"> e </w:t>
      </w:r>
      <w:proofErr w:type="spellStart"/>
      <w:r w:rsidRPr="00E0286C">
        <w:t>passará</w:t>
      </w:r>
      <w:proofErr w:type="spellEnd"/>
      <w:r w:rsidRPr="00E0286C">
        <w:t xml:space="preserve"> </w:t>
      </w:r>
      <w:proofErr w:type="gramStart"/>
      <w:r w:rsidRPr="00E0286C">
        <w:t>a</w:t>
      </w:r>
      <w:proofErr w:type="gramEnd"/>
      <w:r w:rsidRPr="00E0286C">
        <w:t xml:space="preserve"> </w:t>
      </w:r>
      <w:proofErr w:type="spellStart"/>
      <w:r w:rsidRPr="00E0286C">
        <w:t>integrar</w:t>
      </w:r>
      <w:proofErr w:type="spellEnd"/>
      <w:r w:rsidRPr="00E0286C">
        <w:t xml:space="preserve"> o </w:t>
      </w:r>
      <w:proofErr w:type="spellStart"/>
      <w:r w:rsidRPr="00E0286C">
        <w:t>contrato</w:t>
      </w:r>
      <w:proofErr w:type="spellEnd"/>
      <w:r w:rsidRPr="00E0286C">
        <w:t xml:space="preserve"> original.</w:t>
      </w:r>
      <w:r w:rsidRPr="00E0286C">
        <w:br/>
        <w:t xml:space="preserve">5. As </w:t>
      </w:r>
      <w:proofErr w:type="spellStart"/>
      <w:r w:rsidRPr="00E0286C">
        <w:t>condições</w:t>
      </w:r>
      <w:proofErr w:type="spellEnd"/>
      <w:r w:rsidRPr="00E0286C">
        <w:t xml:space="preserve"> de </w:t>
      </w:r>
      <w:proofErr w:type="spellStart"/>
      <w:r w:rsidRPr="00E0286C">
        <w:t>pagamento</w:t>
      </w:r>
      <w:proofErr w:type="spellEnd"/>
      <w:r w:rsidRPr="00E0286C">
        <w:t xml:space="preserve"> e </w:t>
      </w:r>
      <w:proofErr w:type="spellStart"/>
      <w:r w:rsidRPr="00E0286C">
        <w:t>cobrança</w:t>
      </w:r>
      <w:proofErr w:type="spellEnd"/>
      <w:r w:rsidRPr="00E0286C">
        <w:t xml:space="preserve"> </w:t>
      </w:r>
      <w:proofErr w:type="spellStart"/>
      <w:r w:rsidRPr="00E0286C">
        <w:t>seguirão</w:t>
      </w:r>
      <w:proofErr w:type="spellEnd"/>
      <w:r w:rsidRPr="00E0286C">
        <w:t xml:space="preserve"> as </w:t>
      </w:r>
      <w:proofErr w:type="spellStart"/>
      <w:r w:rsidRPr="00E0286C">
        <w:t>mesmas</w:t>
      </w:r>
      <w:proofErr w:type="spellEnd"/>
      <w:r w:rsidRPr="00E0286C">
        <w:t xml:space="preserve"> </w:t>
      </w:r>
      <w:proofErr w:type="spellStart"/>
      <w:r w:rsidRPr="00E0286C">
        <w:t>regras</w:t>
      </w:r>
      <w:proofErr w:type="spellEnd"/>
      <w:r w:rsidRPr="00E0286C">
        <w:t xml:space="preserve"> </w:t>
      </w:r>
      <w:proofErr w:type="spellStart"/>
      <w:r w:rsidRPr="00E0286C">
        <w:t>estabelecidas</w:t>
      </w:r>
      <w:proofErr w:type="spellEnd"/>
      <w:r w:rsidRPr="00E0286C">
        <w:t xml:space="preserve"> no </w:t>
      </w:r>
      <w:proofErr w:type="spellStart"/>
      <w:r w:rsidRPr="00E0286C">
        <w:t>contrato</w:t>
      </w:r>
      <w:proofErr w:type="spellEnd"/>
      <w:r w:rsidRPr="00E0286C">
        <w:t xml:space="preserve"> principal, </w:t>
      </w:r>
      <w:proofErr w:type="spellStart"/>
      <w:r w:rsidRPr="00E0286C">
        <w:t>incluindo</w:t>
      </w:r>
      <w:proofErr w:type="spellEnd"/>
      <w:r w:rsidRPr="00E0286C">
        <w:t xml:space="preserve"> </w:t>
      </w:r>
      <w:proofErr w:type="spellStart"/>
      <w:r w:rsidRPr="00E0286C">
        <w:t>penalidades</w:t>
      </w:r>
      <w:proofErr w:type="spellEnd"/>
      <w:r w:rsidRPr="00E0286C">
        <w:t xml:space="preserve"> </w:t>
      </w:r>
      <w:proofErr w:type="spellStart"/>
      <w:r w:rsidRPr="00E0286C">
        <w:t>por</w:t>
      </w:r>
      <w:proofErr w:type="spellEnd"/>
      <w:r w:rsidRPr="00E0286C">
        <w:t xml:space="preserve"> </w:t>
      </w:r>
      <w:proofErr w:type="spellStart"/>
      <w:r w:rsidRPr="00E0286C">
        <w:t>inadimplência</w:t>
      </w:r>
      <w:proofErr w:type="spellEnd"/>
      <w:r w:rsidRPr="00E0286C">
        <w:t>.</w:t>
      </w:r>
    </w:p>
    <w:p w14:paraId="4A3A3A63" w14:textId="4756813C" w:rsidR="00722295" w:rsidRPr="00B52543" w:rsidRDefault="00000000" w:rsidP="00722295">
      <w:pPr>
        <w:rPr>
          <w:b/>
          <w:bCs/>
        </w:rPr>
      </w:pPr>
      <w:r w:rsidRPr="00E0286C">
        <w:br/>
      </w:r>
      <w:r w:rsidRPr="00E0286C">
        <w:br/>
      </w:r>
      <w:r w:rsidR="00722295" w:rsidRPr="00B52543">
        <w:rPr>
          <w:b/>
          <w:bCs/>
        </w:rPr>
        <w:t xml:space="preserve">PEIXOTO DE AZEVEDO, MATO GROSSO-BRASIL, </w:t>
      </w:r>
      <w:r w:rsidR="00C0401F">
        <w:rPr>
          <w:b/>
          <w:bCs/>
        </w:rPr>
        <w:t>11</w:t>
      </w:r>
      <w:r w:rsidR="000A49B8">
        <w:rPr>
          <w:b/>
          <w:bCs/>
        </w:rPr>
        <w:t xml:space="preserve"> DE </w:t>
      </w:r>
      <w:r w:rsidR="008020B6">
        <w:rPr>
          <w:b/>
          <w:bCs/>
        </w:rPr>
        <w:t>JU</w:t>
      </w:r>
      <w:r w:rsidR="00C0401F">
        <w:rPr>
          <w:b/>
          <w:bCs/>
        </w:rPr>
        <w:t>L</w:t>
      </w:r>
      <w:r w:rsidR="008020B6">
        <w:rPr>
          <w:b/>
          <w:bCs/>
        </w:rPr>
        <w:t>HO</w:t>
      </w:r>
      <w:r w:rsidR="000A49B8">
        <w:rPr>
          <w:b/>
          <w:bCs/>
        </w:rPr>
        <w:t xml:space="preserve"> 2025</w:t>
      </w:r>
    </w:p>
    <w:p w14:paraId="32A7F9A2" w14:textId="77777777" w:rsidR="00722295" w:rsidRDefault="00000000" w:rsidP="00722295">
      <w:pPr>
        <w:pBdr>
          <w:bottom w:val="single" w:sz="12" w:space="1" w:color="auto"/>
        </w:pBdr>
        <w:jc w:val="both"/>
      </w:pPr>
      <w:r w:rsidRPr="00E0286C">
        <w:br/>
      </w:r>
      <w:r w:rsidRPr="00E0286C">
        <w:br/>
      </w:r>
    </w:p>
    <w:p w14:paraId="26AB91AA" w14:textId="0C492544" w:rsidR="00ED64EA" w:rsidRDefault="00722295" w:rsidP="00ED64EA">
      <w:r w:rsidRPr="00B52543">
        <w:rPr>
          <w:b/>
          <w:bCs/>
        </w:rPr>
        <w:t>CONTRATANTE:</w:t>
      </w:r>
      <w:r>
        <w:br/>
      </w:r>
      <w:r w:rsidR="00ED64EA" w:rsidRPr="004D0F8D">
        <w:t>Nome</w:t>
      </w:r>
      <w:r w:rsidR="00ED64EA" w:rsidRPr="00C0401F">
        <w:t xml:space="preserve">: </w:t>
      </w:r>
      <w:r w:rsidR="00C0401F" w:rsidRPr="00C0401F">
        <w:t>54.923.992 LUCAS LIMA DE OLIVEIRA</w:t>
      </w:r>
      <w:r w:rsidR="00ED64EA" w:rsidRPr="00C0401F">
        <w:br/>
        <w:t>C</w:t>
      </w:r>
      <w:r w:rsidR="000A49B8" w:rsidRPr="00C0401F">
        <w:t>NPJ</w:t>
      </w:r>
      <w:r w:rsidR="00ED64EA" w:rsidRPr="00C0401F">
        <w:t xml:space="preserve">: </w:t>
      </w:r>
      <w:r w:rsidR="00C0401F" w:rsidRPr="00C0401F">
        <w:t>54.923.992/0001-58</w:t>
      </w:r>
    </w:p>
    <w:p w14:paraId="71207C23" w14:textId="1EFFE972" w:rsidR="00722295" w:rsidRDefault="00722295" w:rsidP="00722295"/>
    <w:p w14:paraId="02758E8C" w14:textId="06474514" w:rsidR="00495DAE" w:rsidRPr="00E0286C" w:rsidRDefault="00000000">
      <w:r w:rsidRPr="00E0286C">
        <w:br/>
      </w:r>
    </w:p>
    <w:sectPr w:rsidR="00495DAE" w:rsidRPr="00E0286C" w:rsidSect="00501BEE">
      <w:headerReference w:type="default" r:id="rId8"/>
      <w:footerReference w:type="default" r:id="rId9"/>
      <w:pgSz w:w="12240" w:h="15840"/>
      <w:pgMar w:top="2268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3A626" w14:textId="77777777" w:rsidR="001A30A0" w:rsidRDefault="001A30A0" w:rsidP="00B52543">
      <w:pPr>
        <w:spacing w:after="0" w:line="240" w:lineRule="auto"/>
      </w:pPr>
      <w:r>
        <w:separator/>
      </w:r>
    </w:p>
  </w:endnote>
  <w:endnote w:type="continuationSeparator" w:id="0">
    <w:p w14:paraId="49767022" w14:textId="77777777" w:rsidR="001A30A0" w:rsidRDefault="001A30A0" w:rsidP="00B52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02698" w14:textId="77777777" w:rsidR="00B52543" w:rsidRPr="00B52543" w:rsidRDefault="00B52543">
    <w:pPr>
      <w:pStyle w:val="Rodap"/>
      <w:rPr>
        <w:lang w:val="pt-BR"/>
      </w:rPr>
    </w:pPr>
    <w:proofErr w:type="gramStart"/>
    <w:r>
      <w:rPr>
        <w:lang w:val="pt-BR"/>
      </w:rPr>
      <w:t>CONTATOS :</w:t>
    </w:r>
    <w:proofErr w:type="gramEnd"/>
    <w:r>
      <w:rPr>
        <w:lang w:val="pt-BR"/>
      </w:rPr>
      <w:t xml:space="preserve"> FIXO 66 2123-52009 | WHATSAPP 66 98411-2666 </w:t>
    </w:r>
    <w:r>
      <w:rPr>
        <w:lang w:val="pt-BR"/>
      </w:rPr>
      <w:br/>
    </w:r>
    <w:proofErr w:type="gramStart"/>
    <w:r>
      <w:rPr>
        <w:lang w:val="pt-BR"/>
      </w:rPr>
      <w:t>e-mail :</w:t>
    </w:r>
    <w:proofErr w:type="gramEnd"/>
    <w:r>
      <w:rPr>
        <w:lang w:val="pt-BR"/>
      </w:rPr>
      <w:t>contato@softjava.com.br | www.softjava.com.br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948A29" w14:textId="77777777" w:rsidR="001A30A0" w:rsidRDefault="001A30A0" w:rsidP="00B52543">
      <w:pPr>
        <w:spacing w:after="0" w:line="240" w:lineRule="auto"/>
      </w:pPr>
      <w:r>
        <w:separator/>
      </w:r>
    </w:p>
  </w:footnote>
  <w:footnote w:type="continuationSeparator" w:id="0">
    <w:p w14:paraId="08C443CB" w14:textId="77777777" w:rsidR="001A30A0" w:rsidRDefault="001A30A0" w:rsidP="00B525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3D105" w14:textId="4C8939E9" w:rsidR="00B52543" w:rsidRDefault="00B52543">
    <w:pPr>
      <w:pStyle w:val="Cabealho"/>
    </w:pPr>
    <w:r w:rsidRPr="00501BEE">
      <w:rPr>
        <w:b/>
        <w:bCs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0FE0400F" wp14:editId="29062D88">
          <wp:simplePos x="0" y="0"/>
          <wp:positionH relativeFrom="column">
            <wp:posOffset>4552950</wp:posOffset>
          </wp:positionH>
          <wp:positionV relativeFrom="paragraph">
            <wp:posOffset>-209550</wp:posOffset>
          </wp:positionV>
          <wp:extent cx="1800225" cy="591503"/>
          <wp:effectExtent l="0" t="0" r="0" b="0"/>
          <wp:wrapNone/>
          <wp:docPr id="1564867653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658827" name="Imagem 1" descr="Uma imagem contendo 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00225" cy="59150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01BEE">
      <w:rPr>
        <w:b/>
        <w:bCs/>
        <w:sz w:val="32"/>
        <w:szCs w:val="32"/>
      </w:rPr>
      <w:t>SOF</w:t>
    </w:r>
    <w:r w:rsidR="00FD7EEB">
      <w:rPr>
        <w:b/>
        <w:bCs/>
        <w:sz w:val="32"/>
        <w:szCs w:val="32"/>
      </w:rPr>
      <w:t>T</w:t>
    </w:r>
    <w:r w:rsidRPr="00501BEE">
      <w:rPr>
        <w:b/>
        <w:bCs/>
        <w:sz w:val="32"/>
        <w:szCs w:val="32"/>
      </w:rPr>
      <w:t>JAVA SISTEMAS</w:t>
    </w:r>
    <w:r w:rsidR="00501BEE">
      <w:br/>
    </w:r>
    <w:r>
      <w:t>WILLIAN RESPLANDES MATIAS</w:t>
    </w:r>
    <w:r w:rsidR="00501BEE">
      <w:br/>
      <w:t xml:space="preserve">CNPJ 26.957.858/0001-32 IE </w:t>
    </w:r>
    <w:r w:rsidR="00501BEE" w:rsidRPr="00501BEE">
      <w:t>138009252</w:t>
    </w:r>
  </w:p>
  <w:p w14:paraId="1D8668D7" w14:textId="77777777" w:rsidR="00B52543" w:rsidRDefault="00B52543">
    <w:pPr>
      <w:pStyle w:val="Cabealho"/>
    </w:pPr>
    <w:r>
      <w:t>AVENIDA BRASIL, 503,</w:t>
    </w:r>
    <w:r w:rsidR="00501BEE">
      <w:t>78530-000,</w:t>
    </w:r>
    <w:r>
      <w:t xml:space="preserve"> CENTRO</w:t>
    </w:r>
    <w:r w:rsidR="00501BEE">
      <w:br/>
    </w:r>
    <w:r>
      <w:t>PEIXOTO DE AZEVEDO-MATO GROSSO</w:t>
    </w:r>
    <w:r w:rsidR="00501BEE">
      <w:t>-BRASIL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3298013">
    <w:abstractNumId w:val="8"/>
  </w:num>
  <w:num w:numId="2" w16cid:durableId="1347633227">
    <w:abstractNumId w:val="6"/>
  </w:num>
  <w:num w:numId="3" w16cid:durableId="737483548">
    <w:abstractNumId w:val="5"/>
  </w:num>
  <w:num w:numId="4" w16cid:durableId="1256941313">
    <w:abstractNumId w:val="4"/>
  </w:num>
  <w:num w:numId="5" w16cid:durableId="203376099">
    <w:abstractNumId w:val="7"/>
  </w:num>
  <w:num w:numId="6" w16cid:durableId="146867319">
    <w:abstractNumId w:val="3"/>
  </w:num>
  <w:num w:numId="7" w16cid:durableId="87429576">
    <w:abstractNumId w:val="2"/>
  </w:num>
  <w:num w:numId="8" w16cid:durableId="2058553106">
    <w:abstractNumId w:val="1"/>
  </w:num>
  <w:num w:numId="9" w16cid:durableId="2052267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49B8"/>
    <w:rsid w:val="0015074B"/>
    <w:rsid w:val="00152295"/>
    <w:rsid w:val="001A30A0"/>
    <w:rsid w:val="0029639D"/>
    <w:rsid w:val="002E448B"/>
    <w:rsid w:val="00320644"/>
    <w:rsid w:val="00326F90"/>
    <w:rsid w:val="00350385"/>
    <w:rsid w:val="004426E7"/>
    <w:rsid w:val="00450915"/>
    <w:rsid w:val="00495DAE"/>
    <w:rsid w:val="004D0F8D"/>
    <w:rsid w:val="00501BEE"/>
    <w:rsid w:val="00544EB8"/>
    <w:rsid w:val="005813C9"/>
    <w:rsid w:val="005B3250"/>
    <w:rsid w:val="005D48D0"/>
    <w:rsid w:val="006B3F32"/>
    <w:rsid w:val="00722295"/>
    <w:rsid w:val="00776FBB"/>
    <w:rsid w:val="007A462C"/>
    <w:rsid w:val="008020B6"/>
    <w:rsid w:val="00845BD8"/>
    <w:rsid w:val="0086726E"/>
    <w:rsid w:val="00891847"/>
    <w:rsid w:val="008B039E"/>
    <w:rsid w:val="008C1B2A"/>
    <w:rsid w:val="0093381A"/>
    <w:rsid w:val="0094104A"/>
    <w:rsid w:val="00986150"/>
    <w:rsid w:val="00A4189C"/>
    <w:rsid w:val="00AA1D8D"/>
    <w:rsid w:val="00AA2DFB"/>
    <w:rsid w:val="00B47730"/>
    <w:rsid w:val="00B52543"/>
    <w:rsid w:val="00BD2345"/>
    <w:rsid w:val="00BF6A26"/>
    <w:rsid w:val="00C0401F"/>
    <w:rsid w:val="00C07C61"/>
    <w:rsid w:val="00C564FE"/>
    <w:rsid w:val="00CB0664"/>
    <w:rsid w:val="00CB3BE8"/>
    <w:rsid w:val="00D51A88"/>
    <w:rsid w:val="00D76A28"/>
    <w:rsid w:val="00E0286C"/>
    <w:rsid w:val="00EC2E37"/>
    <w:rsid w:val="00ED64EA"/>
    <w:rsid w:val="00FB6B5A"/>
    <w:rsid w:val="00FC693F"/>
    <w:rsid w:val="00FD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50B9D4"/>
  <w14:defaultImageDpi w14:val="300"/>
  <w15:docId w15:val="{F7EC6FE8-A84D-4EBB-AA76-B413E5E4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BEE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1001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1184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agr</cp:lastModifiedBy>
  <cp:revision>2</cp:revision>
  <cp:lastPrinted>2025-06-24T11:43:00Z</cp:lastPrinted>
  <dcterms:created xsi:type="dcterms:W3CDTF">2025-07-11T20:08:00Z</dcterms:created>
  <dcterms:modified xsi:type="dcterms:W3CDTF">2025-07-11T20:08:00Z</dcterms:modified>
  <cp:category/>
</cp:coreProperties>
</file>