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4E8EC" w14:textId="77777777" w:rsidR="00BE2DA0" w:rsidRDefault="00BE2DA0" w:rsidP="00BE2DA0">
      <w:pPr>
        <w:spacing w:before="19"/>
        <w:ind w:right="112"/>
        <w:jc w:val="center"/>
        <w:rPr>
          <w:rFonts w:asciiTheme="majorHAnsi" w:hAnsiTheme="majorHAnsi"/>
          <w:b/>
          <w:color w:val="2E2E2E"/>
          <w:sz w:val="64"/>
          <w:lang w:val="pt-BR"/>
        </w:rPr>
      </w:pPr>
    </w:p>
    <w:p w14:paraId="2938642C" w14:textId="305843FC" w:rsidR="00BE2DA0" w:rsidRPr="00BE324D" w:rsidRDefault="00BE2DA0" w:rsidP="00BE2DA0">
      <w:pPr>
        <w:spacing w:before="19"/>
        <w:ind w:right="112"/>
        <w:jc w:val="center"/>
        <w:rPr>
          <w:b/>
          <w:color w:val="2E2E2E"/>
          <w:sz w:val="64"/>
          <w:lang w:val="pt-BR"/>
        </w:rPr>
      </w:pPr>
      <w:r w:rsidRPr="00BE324D">
        <w:rPr>
          <w:b/>
          <w:color w:val="2E2E2E"/>
          <w:sz w:val="64"/>
          <w:lang w:val="pt-BR"/>
        </w:rPr>
        <w:t>CONTRATO DE USO</w:t>
      </w:r>
    </w:p>
    <w:p w14:paraId="6A69F9BE" w14:textId="454B0AB0" w:rsidR="00BE2DA0" w:rsidRPr="00BE324D" w:rsidRDefault="00BE2DA0" w:rsidP="00BE2DA0">
      <w:pPr>
        <w:spacing w:before="19"/>
        <w:ind w:right="112"/>
        <w:rPr>
          <w:b/>
          <w:sz w:val="72"/>
          <w:szCs w:val="72"/>
          <w:lang w:val="pt-BR"/>
        </w:rPr>
      </w:pPr>
      <w:r w:rsidRPr="00BE324D">
        <w:rPr>
          <w:b/>
          <w:color w:val="2E2E2E"/>
          <w:sz w:val="48"/>
          <w:szCs w:val="48"/>
          <w:lang w:val="pt-BR"/>
        </w:rPr>
        <w:t xml:space="preserve">                    SOFTJAVA SISTEMAS</w:t>
      </w:r>
    </w:p>
    <w:p w14:paraId="7E9EE23C" w14:textId="77777777" w:rsidR="00BE2DA0" w:rsidRDefault="00BE2DA0" w:rsidP="00BE2DA0">
      <w:pPr>
        <w:jc w:val="center"/>
        <w:rPr>
          <w:b/>
          <w:sz w:val="72"/>
          <w:szCs w:val="72"/>
          <w:lang w:val="pt-BR"/>
        </w:rPr>
      </w:pPr>
    </w:p>
    <w:p w14:paraId="574552C9" w14:textId="77777777" w:rsidR="002D20BE" w:rsidRPr="00BE324D" w:rsidRDefault="002D20BE" w:rsidP="00BE2DA0">
      <w:pPr>
        <w:jc w:val="center"/>
        <w:rPr>
          <w:b/>
          <w:sz w:val="72"/>
          <w:szCs w:val="72"/>
          <w:lang w:val="pt-BR"/>
        </w:rPr>
      </w:pPr>
    </w:p>
    <w:p w14:paraId="7BD08CE1" w14:textId="24159CC1" w:rsidR="00BE2DA0" w:rsidRDefault="00EA3E0B" w:rsidP="00C1620D">
      <w:pPr>
        <w:jc w:val="center"/>
        <w:rPr>
          <w:rFonts w:asciiTheme="majorHAnsi" w:hAnsiTheme="majorHAnsi"/>
          <w:b/>
          <w:bCs/>
          <w:color w:val="333333"/>
          <w:sz w:val="72"/>
          <w:szCs w:val="72"/>
          <w:shd w:val="clear" w:color="auto" w:fill="FFFFFF"/>
        </w:rPr>
      </w:pPr>
      <w:r w:rsidRPr="00EA3E0B">
        <w:rPr>
          <w:b/>
          <w:bCs/>
          <w:color w:val="333333"/>
          <w:sz w:val="72"/>
          <w:szCs w:val="72"/>
          <w:shd w:val="clear" w:color="auto" w:fill="FFFFFF"/>
        </w:rPr>
        <w:t>FABRICA DE SALGADOS SABOR &amp; ART LTDA</w:t>
      </w:r>
      <w:r w:rsidR="00156B01">
        <w:rPr>
          <w:b/>
          <w:bCs/>
          <w:color w:val="333333"/>
          <w:sz w:val="72"/>
          <w:szCs w:val="72"/>
          <w:shd w:val="clear" w:color="auto" w:fill="FFFFFF"/>
        </w:rPr>
        <w:br/>
      </w:r>
      <w:r w:rsidR="00156B01" w:rsidRPr="008D3D5D">
        <w:rPr>
          <w:b/>
          <w:bCs/>
          <w:color w:val="333333"/>
          <w:sz w:val="56"/>
          <w:szCs w:val="56"/>
          <w:shd w:val="clear" w:color="auto" w:fill="FFFFFF"/>
        </w:rPr>
        <w:t>(</w:t>
      </w:r>
      <w:r w:rsidRPr="00EA3E0B">
        <w:rPr>
          <w:b/>
          <w:bCs/>
          <w:color w:val="333333"/>
          <w:sz w:val="56"/>
          <w:szCs w:val="56"/>
          <w:shd w:val="clear" w:color="auto" w:fill="FFFFFF"/>
        </w:rPr>
        <w:t>SABOR &amp; ARTE</w:t>
      </w:r>
      <w:r w:rsidR="00156B01" w:rsidRPr="008D3D5D">
        <w:rPr>
          <w:b/>
          <w:bCs/>
          <w:color w:val="333333"/>
          <w:sz w:val="56"/>
          <w:szCs w:val="56"/>
          <w:shd w:val="clear" w:color="auto" w:fill="FFFFFF"/>
        </w:rPr>
        <w:t>)</w:t>
      </w:r>
      <w:r w:rsidR="00C36EB2" w:rsidRPr="00EE08D2">
        <w:rPr>
          <w:b/>
          <w:bCs/>
          <w:color w:val="333333"/>
          <w:sz w:val="56"/>
          <w:szCs w:val="56"/>
          <w:shd w:val="clear" w:color="auto" w:fill="FFFFFF"/>
        </w:rPr>
        <w:br/>
      </w:r>
      <w:r w:rsidR="003B459D">
        <w:rPr>
          <w:b/>
          <w:bCs/>
          <w:color w:val="333333"/>
          <w:sz w:val="56"/>
          <w:szCs w:val="56"/>
          <w:shd w:val="clear" w:color="auto" w:fill="FFFFFF"/>
        </w:rPr>
        <w:t xml:space="preserve">CNPJ: </w:t>
      </w:r>
      <w:r w:rsidR="003B459D" w:rsidRPr="003B459D">
        <w:rPr>
          <w:rFonts w:ascii="Arial" w:hAnsi="Arial" w:cs="Arial"/>
          <w:b/>
          <w:bCs/>
          <w:color w:val="333333"/>
          <w:sz w:val="16"/>
          <w:szCs w:val="16"/>
          <w:shd w:val="clear" w:color="auto" w:fill="FFFFFF"/>
        </w:rPr>
        <w:t xml:space="preserve"> </w:t>
      </w:r>
      <w:r w:rsidRPr="00EA3E0B">
        <w:rPr>
          <w:b/>
          <w:bCs/>
          <w:color w:val="333333"/>
          <w:sz w:val="56"/>
          <w:szCs w:val="56"/>
          <w:shd w:val="clear" w:color="auto" w:fill="FFFFFF"/>
        </w:rPr>
        <w:t>21.128.468/0001-36</w:t>
      </w:r>
      <w:r w:rsidR="00BE2DA0">
        <w:rPr>
          <w:rFonts w:asciiTheme="majorHAnsi" w:hAnsiTheme="majorHAnsi"/>
          <w:b/>
          <w:bCs/>
          <w:color w:val="333333"/>
          <w:sz w:val="72"/>
          <w:szCs w:val="72"/>
          <w:shd w:val="clear" w:color="auto" w:fill="FFFFFF"/>
        </w:rPr>
        <w:br w:type="page"/>
      </w:r>
    </w:p>
    <w:p w14:paraId="75DD71F4" w14:textId="52DE3295" w:rsidR="00350385" w:rsidRPr="007158D4" w:rsidRDefault="00000000" w:rsidP="00582732">
      <w:pPr>
        <w:jc w:val="both"/>
        <w:rPr>
          <w:b/>
          <w:sz w:val="32"/>
          <w:szCs w:val="24"/>
        </w:rPr>
      </w:pPr>
      <w:r w:rsidRPr="007158D4">
        <w:rPr>
          <w:b/>
          <w:sz w:val="32"/>
          <w:szCs w:val="24"/>
        </w:rPr>
        <w:lastRenderedPageBreak/>
        <w:t>CONTRATO DE PRESTAÇÃO DE SERVIÇOS DE SOFTWARE</w:t>
      </w:r>
    </w:p>
    <w:p w14:paraId="3F7D2464" w14:textId="77777777" w:rsidR="008F4635" w:rsidRDefault="008F4635" w:rsidP="00582732">
      <w:pPr>
        <w:jc w:val="both"/>
      </w:pPr>
    </w:p>
    <w:p w14:paraId="4B69A4A9" w14:textId="17419AF7" w:rsidR="00350385" w:rsidRDefault="00000000" w:rsidP="00582732">
      <w:pPr>
        <w:jc w:val="both"/>
      </w:pPr>
      <w:r>
        <w:t xml:space="preserve">Pelo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instrumento</w:t>
      </w:r>
      <w:proofErr w:type="spellEnd"/>
      <w:r>
        <w:t xml:space="preserve"> particular, de um </w:t>
      </w:r>
      <w:proofErr w:type="spellStart"/>
      <w:r>
        <w:t>lado</w:t>
      </w:r>
      <w:proofErr w:type="spellEnd"/>
      <w:r>
        <w:t xml:space="preserve">, </w:t>
      </w:r>
      <w:r w:rsidRPr="00FB3554">
        <w:rPr>
          <w:b/>
          <w:bCs/>
        </w:rPr>
        <w:t>SOFTJAVA SISTEMA</w:t>
      </w:r>
      <w:r w:rsidR="00FB3554" w:rsidRPr="00FB3554">
        <w:rPr>
          <w:b/>
          <w:bCs/>
        </w:rPr>
        <w:t>S</w:t>
      </w:r>
      <w:r>
        <w:t xml:space="preserve">, </w:t>
      </w:r>
      <w:proofErr w:type="spellStart"/>
      <w:r>
        <w:t>inscrita</w:t>
      </w:r>
      <w:proofErr w:type="spellEnd"/>
      <w:r>
        <w:t xml:space="preserve"> no CNPJ sob </w:t>
      </w:r>
      <w:proofErr w:type="spellStart"/>
      <w:r>
        <w:t>o n</w:t>
      </w:r>
      <w:proofErr w:type="spellEnd"/>
      <w:r>
        <w:t xml:space="preserve">º </w:t>
      </w:r>
      <w:r w:rsidRPr="00FB3554">
        <w:rPr>
          <w:b/>
          <w:bCs/>
        </w:rPr>
        <w:t>26.957.858/0001-32</w:t>
      </w:r>
      <w:r>
        <w:t xml:space="preserve">, com </w:t>
      </w:r>
      <w:proofErr w:type="spellStart"/>
      <w:r>
        <w:t>sede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r w:rsidRPr="00FB3554">
        <w:rPr>
          <w:b/>
          <w:bCs/>
        </w:rPr>
        <w:t>AVENIDA BRASIL, 503, PEIXOTO DE AZEVEDO, MATO GROSSO, BRASIL</w:t>
      </w:r>
      <w:r>
        <w:t xml:space="preserve">, </w:t>
      </w:r>
      <w:proofErr w:type="spellStart"/>
      <w:r>
        <w:t>doravante</w:t>
      </w:r>
      <w:proofErr w:type="spellEnd"/>
      <w:r>
        <w:t xml:space="preserve"> </w:t>
      </w:r>
      <w:proofErr w:type="spellStart"/>
      <w:r>
        <w:t>denominada</w:t>
      </w:r>
      <w:proofErr w:type="spellEnd"/>
      <w:r>
        <w:t xml:space="preserve"> </w:t>
      </w:r>
      <w:r w:rsidRPr="00FB3554">
        <w:rPr>
          <w:b/>
          <w:bCs/>
        </w:rPr>
        <w:t>CONTRATADA</w:t>
      </w:r>
      <w:r>
        <w:t xml:space="preserve">, e, de outro </w:t>
      </w:r>
      <w:proofErr w:type="spellStart"/>
      <w:r>
        <w:t>lado</w:t>
      </w:r>
      <w:proofErr w:type="spellEnd"/>
      <w:r>
        <w:t xml:space="preserve">, </w:t>
      </w:r>
      <w:r w:rsidR="00EA3E0B" w:rsidRPr="00EA3E0B">
        <w:rPr>
          <w:b/>
          <w:bCs/>
        </w:rPr>
        <w:t>FABRICA DE SALGADOS SABOR &amp; ART LTDA</w:t>
      </w:r>
      <w:r w:rsidR="00EA3E0B">
        <w:rPr>
          <w:b/>
          <w:bCs/>
        </w:rPr>
        <w:t xml:space="preserve"> </w:t>
      </w:r>
      <w:proofErr w:type="spellStart"/>
      <w:r>
        <w:t>inscrito</w:t>
      </w:r>
      <w:proofErr w:type="spellEnd"/>
      <w:r>
        <w:t xml:space="preserve">(a) no CPF/CNPJ sob </w:t>
      </w:r>
      <w:proofErr w:type="spellStart"/>
      <w:r>
        <w:t>o n</w:t>
      </w:r>
      <w:proofErr w:type="spellEnd"/>
      <w:r>
        <w:t>º</w:t>
      </w:r>
      <w:r w:rsidR="009C24C9" w:rsidRPr="009C24C9">
        <w:rPr>
          <w:rFonts w:ascii="Arial" w:hAnsi="Arial" w:cs="Arial"/>
          <w:b/>
          <w:bCs/>
          <w:color w:val="333333"/>
          <w:sz w:val="16"/>
          <w:szCs w:val="16"/>
          <w:shd w:val="clear" w:color="auto" w:fill="FFFFFF"/>
        </w:rPr>
        <w:t xml:space="preserve"> </w:t>
      </w:r>
      <w:r w:rsidR="00EA3E0B" w:rsidRPr="00EA3E0B">
        <w:rPr>
          <w:b/>
          <w:bCs/>
        </w:rPr>
        <w:t>21.128.468/0001-36</w:t>
      </w:r>
      <w:r w:rsidR="00EA3E0B">
        <w:rPr>
          <w:b/>
          <w:bCs/>
        </w:rPr>
        <w:t xml:space="preserve"> </w:t>
      </w:r>
      <w:r w:rsidR="009C24C9" w:rsidRPr="009C24C9">
        <w:t>com</w:t>
      </w:r>
      <w:r w:rsidR="009C24C9">
        <w:t xml:space="preserve"> </w:t>
      </w:r>
      <w:proofErr w:type="spellStart"/>
      <w:r>
        <w:t>sede</w:t>
      </w:r>
      <w:proofErr w:type="spellEnd"/>
      <w:r>
        <w:t>/</w:t>
      </w:r>
      <w:proofErr w:type="spellStart"/>
      <w:r>
        <w:t>domicílio</w:t>
      </w:r>
      <w:proofErr w:type="spellEnd"/>
      <w:r>
        <w:t xml:space="preserve"> </w:t>
      </w:r>
      <w:proofErr w:type="spellStart"/>
      <w:r>
        <w:t>em</w:t>
      </w:r>
      <w:proofErr w:type="spellEnd"/>
      <w:r w:rsidRPr="00FB3554">
        <w:rPr>
          <w:b/>
          <w:bCs/>
        </w:rPr>
        <w:t>,</w:t>
      </w:r>
      <w:r w:rsidR="00206709">
        <w:rPr>
          <w:b/>
          <w:bCs/>
        </w:rPr>
        <w:t xml:space="preserve"> </w:t>
      </w:r>
      <w:r w:rsidR="00EA3E0B" w:rsidRPr="00EA3E0B">
        <w:rPr>
          <w:b/>
          <w:bCs/>
        </w:rPr>
        <w:t>Q 104 SUL AVENIDA JUSCELINO KUBITSCHEK</w:t>
      </w:r>
      <w:r w:rsidR="00156B01">
        <w:rPr>
          <w:b/>
          <w:bCs/>
        </w:rPr>
        <w:t xml:space="preserve">, </w:t>
      </w:r>
      <w:r w:rsidR="00814682">
        <w:rPr>
          <w:b/>
          <w:bCs/>
        </w:rPr>
        <w:t>S/N</w:t>
      </w:r>
      <w:r w:rsidRPr="00FB3554">
        <w:rPr>
          <w:b/>
          <w:bCs/>
        </w:rPr>
        <w:t>,</w:t>
      </w:r>
      <w:r w:rsidR="002D20BE">
        <w:rPr>
          <w:b/>
          <w:bCs/>
        </w:rPr>
        <w:t xml:space="preserve"> </w:t>
      </w:r>
      <w:r w:rsidR="00EA3E0B" w:rsidRPr="00EA3E0B">
        <w:rPr>
          <w:b/>
          <w:bCs/>
        </w:rPr>
        <w:t>PLANO DIRETOR SUL</w:t>
      </w:r>
      <w:r w:rsidRPr="00FB3554">
        <w:rPr>
          <w:b/>
          <w:bCs/>
        </w:rPr>
        <w:t xml:space="preserve">, </w:t>
      </w:r>
      <w:r w:rsidR="00814682">
        <w:rPr>
          <w:b/>
          <w:bCs/>
        </w:rPr>
        <w:t>PALMAS</w:t>
      </w:r>
      <w:r w:rsidR="00404337">
        <w:rPr>
          <w:b/>
          <w:bCs/>
        </w:rPr>
        <w:t xml:space="preserve">, </w:t>
      </w:r>
      <w:r w:rsidR="00C52424">
        <w:rPr>
          <w:b/>
          <w:bCs/>
        </w:rPr>
        <w:t>TOCANTINS</w:t>
      </w:r>
      <w:r w:rsidR="00404337">
        <w:rPr>
          <w:b/>
          <w:bCs/>
        </w:rPr>
        <w:t xml:space="preserve">, </w:t>
      </w:r>
      <w:r w:rsidRPr="00FB3554">
        <w:rPr>
          <w:b/>
          <w:bCs/>
        </w:rPr>
        <w:t>BRASIL</w:t>
      </w:r>
      <w:r>
        <w:t xml:space="preserve">, </w:t>
      </w:r>
      <w:proofErr w:type="spellStart"/>
      <w:r>
        <w:t>doravante</w:t>
      </w:r>
      <w:proofErr w:type="spellEnd"/>
      <w:r>
        <w:t xml:space="preserve"> </w:t>
      </w:r>
      <w:proofErr w:type="spellStart"/>
      <w:r>
        <w:t>denominado</w:t>
      </w:r>
      <w:proofErr w:type="spellEnd"/>
      <w:r>
        <w:t xml:space="preserve">(a) </w:t>
      </w:r>
      <w:r w:rsidRPr="00FB3554">
        <w:rPr>
          <w:b/>
          <w:bCs/>
        </w:rPr>
        <w:t>CONTRATANTE</w:t>
      </w:r>
      <w:r>
        <w:t xml:space="preserve">, </w:t>
      </w:r>
      <w:proofErr w:type="spellStart"/>
      <w:r>
        <w:t>têm</w:t>
      </w:r>
      <w:proofErr w:type="spellEnd"/>
      <w:r>
        <w:t xml:space="preserve"> entre </w:t>
      </w:r>
      <w:proofErr w:type="spellStart"/>
      <w:r>
        <w:t>si</w:t>
      </w:r>
      <w:proofErr w:type="spellEnd"/>
      <w:r>
        <w:t xml:space="preserve"> </w:t>
      </w:r>
      <w:proofErr w:type="spellStart"/>
      <w:r>
        <w:t>justo</w:t>
      </w:r>
      <w:proofErr w:type="spellEnd"/>
      <w:r>
        <w:t xml:space="preserve"> e </w:t>
      </w:r>
      <w:proofErr w:type="spellStart"/>
      <w:r>
        <w:t>acordado</w:t>
      </w:r>
      <w:proofErr w:type="spellEnd"/>
      <w:r>
        <w:t xml:space="preserve"> o </w:t>
      </w:r>
      <w:proofErr w:type="spellStart"/>
      <w:r>
        <w:t>seguinte</w:t>
      </w:r>
      <w:proofErr w:type="spellEnd"/>
      <w:r>
        <w:t>:</w:t>
      </w:r>
    </w:p>
    <w:p w14:paraId="2EDECD86" w14:textId="4B151C74" w:rsidR="00350385" w:rsidRDefault="00000000" w:rsidP="00582732">
      <w:r w:rsidRPr="00B52543">
        <w:rPr>
          <w:b/>
          <w:bCs/>
        </w:rPr>
        <w:t>CLÁUSULA PRIMEIRA - OBJETO DO CONTRATO</w:t>
      </w:r>
      <w:r>
        <w:br/>
        <w:t xml:space="preserve">1.1. A CONTRATADA </w:t>
      </w:r>
      <w:proofErr w:type="spellStart"/>
      <w:r>
        <w:t>compromete</w:t>
      </w:r>
      <w:proofErr w:type="spellEnd"/>
      <w:r>
        <w:t xml:space="preserve">-se a </w:t>
      </w:r>
      <w:proofErr w:type="spellStart"/>
      <w:r>
        <w:t>prestar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CONTRATANTE </w:t>
      </w:r>
      <w:proofErr w:type="spellStart"/>
      <w:r>
        <w:t>serviços</w:t>
      </w:r>
      <w:proofErr w:type="spellEnd"/>
      <w:r>
        <w:t xml:space="preserve"> </w:t>
      </w:r>
      <w:proofErr w:type="gramStart"/>
      <w:r>
        <w:t xml:space="preserve">de  </w:t>
      </w:r>
      <w:proofErr w:type="spellStart"/>
      <w:r>
        <w:t>suporte</w:t>
      </w:r>
      <w:proofErr w:type="spellEnd"/>
      <w:proofErr w:type="gramEnd"/>
      <w:r>
        <w:t xml:space="preserve"> e </w:t>
      </w:r>
      <w:proofErr w:type="spellStart"/>
      <w:r>
        <w:t>manutenção</w:t>
      </w:r>
      <w:proofErr w:type="spellEnd"/>
      <w:r>
        <w:t xml:space="preserve"> do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SoftJava</w:t>
      </w:r>
      <w:proofErr w:type="spellEnd"/>
      <w:r>
        <w:t xml:space="preserve"> Sistemas, </w:t>
      </w:r>
      <w:proofErr w:type="spellStart"/>
      <w:r>
        <w:t>bem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a </w:t>
      </w:r>
      <w:proofErr w:type="spellStart"/>
      <w:r>
        <w:t>disponibilização</w:t>
      </w:r>
      <w:proofErr w:type="spellEnd"/>
      <w:r>
        <w:t xml:space="preserve"> de </w:t>
      </w:r>
      <w:proofErr w:type="spellStart"/>
      <w:r>
        <w:t>licença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 do software </w:t>
      </w:r>
      <w:proofErr w:type="spellStart"/>
      <w:r>
        <w:t>pelo</w:t>
      </w:r>
      <w:proofErr w:type="spellEnd"/>
      <w:r>
        <w:t xml:space="preserve"> </w:t>
      </w:r>
      <w:proofErr w:type="spellStart"/>
      <w:r>
        <w:t>período</w:t>
      </w:r>
      <w:proofErr w:type="spellEnd"/>
      <w:r>
        <w:t xml:space="preserve"> </w:t>
      </w:r>
      <w:proofErr w:type="spellStart"/>
      <w:r>
        <w:t>contratual</w:t>
      </w:r>
      <w:proofErr w:type="spellEnd"/>
      <w:r>
        <w:t xml:space="preserve">, </w:t>
      </w:r>
      <w:proofErr w:type="spellStart"/>
      <w:r>
        <w:t>conforme</w:t>
      </w:r>
      <w:proofErr w:type="spellEnd"/>
      <w:r>
        <w:t xml:space="preserve"> </w:t>
      </w:r>
      <w:proofErr w:type="spellStart"/>
      <w:r>
        <w:t>especificações</w:t>
      </w:r>
      <w:proofErr w:type="spellEnd"/>
      <w:r>
        <w:t xml:space="preserve"> </w:t>
      </w:r>
      <w:proofErr w:type="spellStart"/>
      <w:r>
        <w:t>técnicas</w:t>
      </w:r>
      <w:proofErr w:type="spellEnd"/>
      <w:r>
        <w:t xml:space="preserve"> </w:t>
      </w:r>
      <w:proofErr w:type="spellStart"/>
      <w:r>
        <w:t>acordadas</w:t>
      </w:r>
      <w:proofErr w:type="spellEnd"/>
      <w:r>
        <w:t xml:space="preserve"> entre as partes.</w:t>
      </w:r>
    </w:p>
    <w:p w14:paraId="15699B96" w14:textId="6A2286D4" w:rsidR="008F4635" w:rsidRDefault="00000000" w:rsidP="00582732">
      <w:r w:rsidRPr="00B52543">
        <w:rPr>
          <w:b/>
          <w:bCs/>
        </w:rPr>
        <w:t>CLÁUSULA SEGUNDA - VALOR E FORMA DE PAGAMENTO</w:t>
      </w:r>
      <w:r>
        <w:br/>
        <w:t xml:space="preserve">2.1. </w:t>
      </w:r>
      <w:proofErr w:type="spellStart"/>
      <w:r w:rsidR="00C52424">
        <w:t>Não</w:t>
      </w:r>
      <w:proofErr w:type="spellEnd"/>
      <w:r w:rsidR="00C52424">
        <w:t xml:space="preserve"> sera </w:t>
      </w:r>
      <w:proofErr w:type="spellStart"/>
      <w:r w:rsidR="00C52424">
        <w:t>cobrado</w:t>
      </w:r>
      <w:proofErr w:type="spellEnd"/>
      <w:r w:rsidR="00C52424">
        <w:t xml:space="preserve"> </w:t>
      </w:r>
      <w:proofErr w:type="spellStart"/>
      <w:r w:rsidR="00C52424">
        <w:t>implantação</w:t>
      </w:r>
      <w:proofErr w:type="spellEnd"/>
      <w:r w:rsidR="00C52424">
        <w:t xml:space="preserve">, pois o </w:t>
      </w:r>
      <w:proofErr w:type="spellStart"/>
      <w:r w:rsidR="00C52424">
        <w:t>mesmo</w:t>
      </w:r>
      <w:proofErr w:type="spellEnd"/>
      <w:r w:rsidR="00C52424">
        <w:t xml:space="preserve"> é </w:t>
      </w:r>
      <w:proofErr w:type="spellStart"/>
      <w:r w:rsidR="00C52424">
        <w:t>cliente</w:t>
      </w:r>
      <w:proofErr w:type="spellEnd"/>
      <w:r w:rsidR="00C52424">
        <w:t xml:space="preserve"> </w:t>
      </w:r>
      <w:proofErr w:type="spellStart"/>
      <w:r w:rsidR="00C52424">
        <w:t>migrado</w:t>
      </w:r>
      <w:proofErr w:type="spellEnd"/>
      <w:r w:rsidR="00C52424">
        <w:t xml:space="preserve"> </w:t>
      </w:r>
    </w:p>
    <w:p w14:paraId="1E374E4A" w14:textId="64DF4942" w:rsidR="008F4635" w:rsidRPr="00404337" w:rsidRDefault="00000000" w:rsidP="00582732">
      <w:pPr>
        <w:rPr>
          <w:b/>
          <w:bCs/>
        </w:rPr>
      </w:pPr>
      <w:r>
        <w:br/>
      </w:r>
      <w:proofErr w:type="spellStart"/>
      <w:r w:rsidR="00CC1738" w:rsidRPr="00CC1738">
        <w:t>Cláusula</w:t>
      </w:r>
      <w:proofErr w:type="spellEnd"/>
      <w:r w:rsidR="00CC1738" w:rsidRPr="00CC1738">
        <w:t xml:space="preserve"> 2.2 – Pelo </w:t>
      </w:r>
      <w:proofErr w:type="spellStart"/>
      <w:r w:rsidR="00CC1738" w:rsidRPr="00CC1738">
        <w:t>uso</w:t>
      </w:r>
      <w:proofErr w:type="spellEnd"/>
      <w:r w:rsidR="00CC1738" w:rsidRPr="00CC1738">
        <w:t xml:space="preserve"> do software, dos </w:t>
      </w:r>
      <w:proofErr w:type="spellStart"/>
      <w:r w:rsidR="00CC1738" w:rsidRPr="00CC1738">
        <w:t>serviços</w:t>
      </w:r>
      <w:proofErr w:type="spellEnd"/>
      <w:r w:rsidR="00CC1738" w:rsidRPr="00CC1738">
        <w:t xml:space="preserve"> de </w:t>
      </w:r>
      <w:proofErr w:type="spellStart"/>
      <w:proofErr w:type="gramStart"/>
      <w:r w:rsidR="00CC1738" w:rsidRPr="00CC1738">
        <w:t>suporte</w:t>
      </w:r>
      <w:proofErr w:type="spellEnd"/>
      <w:r w:rsidR="00CC1738" w:rsidRPr="00CC1738">
        <w:t xml:space="preserve"> ,</w:t>
      </w:r>
      <w:proofErr w:type="gramEnd"/>
      <w:r w:rsidR="00CC1738" w:rsidRPr="00CC1738">
        <w:t xml:space="preserve"> o </w:t>
      </w:r>
      <w:r w:rsidR="00CC1738" w:rsidRPr="00CC1738">
        <w:rPr>
          <w:b/>
          <w:bCs/>
        </w:rPr>
        <w:t>CONTRATANTE</w:t>
      </w:r>
      <w:r w:rsidR="00CC1738" w:rsidRPr="00CC1738">
        <w:t xml:space="preserve"> </w:t>
      </w:r>
      <w:proofErr w:type="spellStart"/>
      <w:r w:rsidR="00CC1738" w:rsidRPr="00CC1738">
        <w:t>obriga</w:t>
      </w:r>
      <w:proofErr w:type="spellEnd"/>
      <w:r w:rsidR="00CC1738" w:rsidRPr="00CC1738">
        <w:t xml:space="preserve">-se </w:t>
      </w:r>
      <w:proofErr w:type="spellStart"/>
      <w:r w:rsidR="00CC1738" w:rsidRPr="00CC1738">
        <w:t>ao</w:t>
      </w:r>
      <w:proofErr w:type="spellEnd"/>
      <w:r w:rsidR="00CC1738" w:rsidRPr="00CC1738">
        <w:t xml:space="preserve"> </w:t>
      </w:r>
      <w:proofErr w:type="spellStart"/>
      <w:r w:rsidR="00CC1738" w:rsidRPr="00CC1738">
        <w:t>pagamento</w:t>
      </w:r>
      <w:proofErr w:type="spellEnd"/>
      <w:r w:rsidR="00CC1738" w:rsidRPr="00CC1738">
        <w:t xml:space="preserve"> de </w:t>
      </w:r>
      <w:proofErr w:type="spellStart"/>
      <w:r w:rsidR="00CC1738" w:rsidRPr="00CC1738">
        <w:t>uma</w:t>
      </w:r>
      <w:proofErr w:type="spellEnd"/>
      <w:r w:rsidR="00CC1738" w:rsidRPr="00CC1738">
        <w:t xml:space="preserve"> </w:t>
      </w:r>
      <w:proofErr w:type="spellStart"/>
      <w:r w:rsidR="00CC1738" w:rsidRPr="00CC1738">
        <w:t>mensalidade</w:t>
      </w:r>
      <w:proofErr w:type="spellEnd"/>
      <w:r w:rsidR="00CC1738" w:rsidRPr="00CC1738">
        <w:t xml:space="preserve"> no valor total de </w:t>
      </w:r>
      <w:r w:rsidR="00CC1738" w:rsidRPr="00CC1738">
        <w:rPr>
          <w:b/>
          <w:bCs/>
        </w:rPr>
        <w:t xml:space="preserve">R$ </w:t>
      </w:r>
      <w:r w:rsidR="00156B01">
        <w:rPr>
          <w:b/>
          <w:bCs/>
        </w:rPr>
        <w:t>1</w:t>
      </w:r>
      <w:r w:rsidR="00B074BF">
        <w:rPr>
          <w:b/>
          <w:bCs/>
        </w:rPr>
        <w:t>50,00</w:t>
      </w:r>
      <w:r w:rsidR="00CC1738" w:rsidRPr="00CC1738">
        <w:t xml:space="preserve"> (</w:t>
      </w:r>
      <w:r w:rsidR="00156B01">
        <w:t>Cento</w:t>
      </w:r>
      <w:r w:rsidR="00B074BF">
        <w:t xml:space="preserve"> e </w:t>
      </w:r>
      <w:proofErr w:type="spellStart"/>
      <w:r w:rsidR="00B074BF">
        <w:t>ciquenta</w:t>
      </w:r>
      <w:proofErr w:type="spellEnd"/>
      <w:r w:rsidR="00B074BF">
        <w:t xml:space="preserve"> </w:t>
      </w:r>
      <w:r w:rsidR="00CC1738" w:rsidRPr="00CC1738">
        <w:t>reais),</w:t>
      </w:r>
      <w:r w:rsidR="00404337">
        <w:t xml:space="preserve"> </w:t>
      </w:r>
      <w:proofErr w:type="spellStart"/>
      <w:r w:rsidR="00CC1738" w:rsidRPr="00CC1738">
        <w:t>referentes</w:t>
      </w:r>
      <w:proofErr w:type="spellEnd"/>
      <w:r w:rsidR="00CC1738" w:rsidRPr="00CC1738">
        <w:t xml:space="preserve"> </w:t>
      </w:r>
      <w:proofErr w:type="spellStart"/>
      <w:r w:rsidR="00CC1738" w:rsidRPr="00CC1738">
        <w:t>ao</w:t>
      </w:r>
      <w:proofErr w:type="spellEnd"/>
      <w:r w:rsidR="00CC1738" w:rsidRPr="00CC1738">
        <w:t xml:space="preserve"> </w:t>
      </w:r>
      <w:proofErr w:type="spellStart"/>
      <w:r w:rsidR="00CC1738" w:rsidRPr="00CC1738">
        <w:t>sistema</w:t>
      </w:r>
      <w:proofErr w:type="spellEnd"/>
      <w:r w:rsidR="00CC1738" w:rsidRPr="00CC1738">
        <w:t xml:space="preserve"> </w:t>
      </w:r>
      <w:proofErr w:type="spellStart"/>
      <w:r w:rsidR="00C52424">
        <w:t>W</w:t>
      </w:r>
      <w:r w:rsidR="00CC1738" w:rsidRPr="00CC1738">
        <w:t>e</w:t>
      </w:r>
      <w:r w:rsidR="00C52424">
        <w:t>bge</w:t>
      </w:r>
      <w:r w:rsidR="00CC1738" w:rsidRPr="00CC1738">
        <w:t>stor</w:t>
      </w:r>
      <w:proofErr w:type="spellEnd"/>
      <w:r w:rsidR="00CC1738" w:rsidRPr="00CC1738">
        <w:t xml:space="preserve">. </w:t>
      </w:r>
      <w:bookmarkStart w:id="0" w:name="_Hlk192054508"/>
      <w:r w:rsidR="00CC1738" w:rsidRPr="00CC1738">
        <w:t xml:space="preserve">O </w:t>
      </w:r>
      <w:proofErr w:type="spellStart"/>
      <w:r w:rsidR="00CC1738" w:rsidRPr="00CC1738">
        <w:t>contrato</w:t>
      </w:r>
      <w:proofErr w:type="spellEnd"/>
      <w:r w:rsidR="00CC1738" w:rsidRPr="00CC1738">
        <w:t xml:space="preserve"> </w:t>
      </w:r>
      <w:proofErr w:type="spellStart"/>
      <w:r w:rsidR="00CC1738" w:rsidRPr="00CC1738">
        <w:t>terá</w:t>
      </w:r>
      <w:proofErr w:type="spellEnd"/>
      <w:r w:rsidR="00CC1738" w:rsidRPr="00CC1738">
        <w:t xml:space="preserve"> </w:t>
      </w:r>
      <w:proofErr w:type="spellStart"/>
      <w:r w:rsidR="00CC1738" w:rsidRPr="00CC1738">
        <w:t>vigência</w:t>
      </w:r>
      <w:proofErr w:type="spellEnd"/>
      <w:r w:rsidR="00CC1738" w:rsidRPr="00CC1738">
        <w:t xml:space="preserve"> </w:t>
      </w:r>
      <w:proofErr w:type="spellStart"/>
      <w:r w:rsidR="00CC1738" w:rsidRPr="00CC1738">
        <w:t>mínima</w:t>
      </w:r>
      <w:proofErr w:type="spellEnd"/>
      <w:r w:rsidR="00CC1738" w:rsidRPr="00CC1738">
        <w:t xml:space="preserve"> de 12 (doze) meses</w:t>
      </w:r>
      <w:bookmarkEnd w:id="0"/>
      <w:r w:rsidR="00CC1738" w:rsidRPr="00CC1738">
        <w:t xml:space="preserve">, </w:t>
      </w:r>
      <w:proofErr w:type="spellStart"/>
      <w:r w:rsidR="00CC1738" w:rsidRPr="00CC1738">
        <w:t>totalizando</w:t>
      </w:r>
      <w:proofErr w:type="spellEnd"/>
      <w:r w:rsidR="00CC1738" w:rsidRPr="00CC1738">
        <w:t xml:space="preserve"> o </w:t>
      </w:r>
      <w:proofErr w:type="spellStart"/>
      <w:r w:rsidR="00CC1738" w:rsidRPr="00CC1738">
        <w:t>montante</w:t>
      </w:r>
      <w:proofErr w:type="spellEnd"/>
      <w:r w:rsidR="00CC1738" w:rsidRPr="00CC1738">
        <w:t xml:space="preserve"> de </w:t>
      </w:r>
      <w:r w:rsidR="00CC1738" w:rsidRPr="00CC1738">
        <w:rPr>
          <w:b/>
          <w:bCs/>
        </w:rPr>
        <w:t xml:space="preserve">R$ </w:t>
      </w:r>
      <w:r w:rsidR="00156B01">
        <w:rPr>
          <w:b/>
          <w:bCs/>
        </w:rPr>
        <w:t>1.800,00</w:t>
      </w:r>
      <w:r w:rsidR="00CC1738" w:rsidRPr="00CC1738">
        <w:t xml:space="preserve"> </w:t>
      </w:r>
      <w:r w:rsidR="00EE64DA">
        <w:t>(</w:t>
      </w:r>
      <w:r w:rsidR="00156B01">
        <w:t>um</w:t>
      </w:r>
      <w:r w:rsidR="00E764FB">
        <w:t xml:space="preserve"> mil </w:t>
      </w:r>
      <w:r w:rsidR="00A21FD7">
        <w:t xml:space="preserve">e </w:t>
      </w:r>
      <w:proofErr w:type="spellStart"/>
      <w:r w:rsidR="00156B01">
        <w:t>oitocentos</w:t>
      </w:r>
      <w:proofErr w:type="spellEnd"/>
      <w:r w:rsidR="00A21FD7">
        <w:t xml:space="preserve"> </w:t>
      </w:r>
      <w:r w:rsidR="00CC1738" w:rsidRPr="00CC1738">
        <w:t xml:space="preserve">reais), </w:t>
      </w:r>
      <w:proofErr w:type="spellStart"/>
      <w:r w:rsidR="00CC1738" w:rsidRPr="00CC1738">
        <w:t>independentemente</w:t>
      </w:r>
      <w:proofErr w:type="spellEnd"/>
      <w:r w:rsidR="00CC1738" w:rsidRPr="00CC1738">
        <w:t xml:space="preserve"> do </w:t>
      </w:r>
      <w:proofErr w:type="spellStart"/>
      <w:r w:rsidR="00CC1738" w:rsidRPr="00CC1738">
        <w:t>uso</w:t>
      </w:r>
      <w:proofErr w:type="spellEnd"/>
      <w:r w:rsidR="00CC1738" w:rsidRPr="00CC1738">
        <w:t xml:space="preserve"> </w:t>
      </w:r>
      <w:proofErr w:type="spellStart"/>
      <w:r w:rsidR="00CC1738" w:rsidRPr="00CC1738">
        <w:t>efetivo</w:t>
      </w:r>
      <w:proofErr w:type="spellEnd"/>
      <w:r w:rsidR="00CC1738" w:rsidRPr="00CC1738">
        <w:t xml:space="preserve"> do </w:t>
      </w:r>
      <w:proofErr w:type="spellStart"/>
      <w:r w:rsidR="00CC1738" w:rsidRPr="00CC1738">
        <w:t>sistema</w:t>
      </w:r>
      <w:proofErr w:type="spellEnd"/>
      <w:r w:rsidR="00CC1738" w:rsidRPr="00CC1738">
        <w:t xml:space="preserve"> </w:t>
      </w:r>
      <w:proofErr w:type="spellStart"/>
      <w:r w:rsidR="00CC1738" w:rsidRPr="00CC1738">
        <w:t>ou</w:t>
      </w:r>
      <w:proofErr w:type="spellEnd"/>
      <w:r w:rsidR="00CC1738" w:rsidRPr="00CC1738">
        <w:t xml:space="preserve"> da </w:t>
      </w:r>
      <w:proofErr w:type="spellStart"/>
      <w:r w:rsidR="00CC1738" w:rsidRPr="00CC1738">
        <w:t>rescisão</w:t>
      </w:r>
      <w:proofErr w:type="spellEnd"/>
      <w:r w:rsidR="00CC1738" w:rsidRPr="00CC1738">
        <w:t xml:space="preserve"> </w:t>
      </w:r>
      <w:proofErr w:type="spellStart"/>
      <w:r w:rsidR="00CC1738" w:rsidRPr="00CC1738">
        <w:t>antecipada</w:t>
      </w:r>
      <w:proofErr w:type="spellEnd"/>
      <w:r w:rsidR="00CC1738" w:rsidRPr="00CC1738">
        <w:t xml:space="preserve"> </w:t>
      </w:r>
      <w:proofErr w:type="spellStart"/>
      <w:r w:rsidR="00CC1738" w:rsidRPr="00CC1738">
        <w:t>por</w:t>
      </w:r>
      <w:proofErr w:type="spellEnd"/>
      <w:r w:rsidR="00CC1738" w:rsidRPr="00CC1738">
        <w:t xml:space="preserve"> </w:t>
      </w:r>
      <w:proofErr w:type="spellStart"/>
      <w:r w:rsidR="00CC1738" w:rsidRPr="00CC1738">
        <w:t>iniciativa</w:t>
      </w:r>
      <w:proofErr w:type="spellEnd"/>
      <w:r w:rsidR="00CC1738" w:rsidRPr="00CC1738">
        <w:t xml:space="preserve"> do </w:t>
      </w:r>
      <w:r w:rsidR="00CC1738" w:rsidRPr="00CC1738">
        <w:rPr>
          <w:b/>
          <w:bCs/>
        </w:rPr>
        <w:t>CONTRATANTE.</w:t>
      </w:r>
    </w:p>
    <w:p w14:paraId="347F5743" w14:textId="0F828BBB" w:rsidR="00FB3554" w:rsidRDefault="00000000" w:rsidP="00582732">
      <w:r>
        <w:br/>
        <w:t xml:space="preserve">2.3. O </w:t>
      </w:r>
      <w:proofErr w:type="spellStart"/>
      <w:r>
        <w:t>pagamento</w:t>
      </w:r>
      <w:proofErr w:type="spellEnd"/>
      <w:r>
        <w:t xml:space="preserve"> das </w:t>
      </w:r>
      <w:proofErr w:type="spellStart"/>
      <w:r>
        <w:t>mensalidades</w:t>
      </w:r>
      <w:proofErr w:type="spellEnd"/>
      <w:r>
        <w:t xml:space="preserve"> </w:t>
      </w:r>
      <w:proofErr w:type="spellStart"/>
      <w:r>
        <w:t>deverá</w:t>
      </w:r>
      <w:proofErr w:type="spellEnd"/>
      <w:r>
        <w:t xml:space="preserve"> ser </w:t>
      </w:r>
      <w:proofErr w:type="spellStart"/>
      <w:r>
        <w:t>realizado</w:t>
      </w:r>
      <w:proofErr w:type="spellEnd"/>
      <w:r>
        <w:t xml:space="preserve"> </w:t>
      </w:r>
      <w:proofErr w:type="spellStart"/>
      <w:r>
        <w:t>até</w:t>
      </w:r>
      <w:proofErr w:type="spellEnd"/>
      <w:r>
        <w:t xml:space="preserve"> o </w:t>
      </w:r>
      <w:proofErr w:type="spellStart"/>
      <w:r>
        <w:t>dia</w:t>
      </w:r>
      <w:proofErr w:type="spellEnd"/>
      <w:r>
        <w:t xml:space="preserve"> 2 (</w:t>
      </w:r>
      <w:proofErr w:type="spellStart"/>
      <w:r>
        <w:t>dois</w:t>
      </w:r>
      <w:proofErr w:type="spellEnd"/>
      <w:r>
        <w:t xml:space="preserve">) de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mês</w:t>
      </w:r>
      <w:proofErr w:type="spellEnd"/>
      <w:r>
        <w:t xml:space="preserve">. Em </w:t>
      </w:r>
      <w:proofErr w:type="spellStart"/>
      <w:r>
        <w:t>caso</w:t>
      </w:r>
      <w:proofErr w:type="spellEnd"/>
      <w:r>
        <w:t xml:space="preserve"> de </w:t>
      </w:r>
      <w:proofErr w:type="spellStart"/>
      <w:r>
        <w:t>inadimplência</w:t>
      </w:r>
      <w:proofErr w:type="spellEnd"/>
      <w:r>
        <w:t xml:space="preserve">, </w:t>
      </w:r>
      <w:proofErr w:type="spellStart"/>
      <w:r>
        <w:t>incidirão</w:t>
      </w:r>
      <w:proofErr w:type="spellEnd"/>
      <w:r>
        <w:t xml:space="preserve"> </w:t>
      </w:r>
      <w:proofErr w:type="spellStart"/>
      <w:r>
        <w:t>multa</w:t>
      </w:r>
      <w:proofErr w:type="spellEnd"/>
      <w:r>
        <w:t xml:space="preserve"> de </w:t>
      </w:r>
      <w:r w:rsidRPr="008F4635">
        <w:rPr>
          <w:b/>
          <w:bCs/>
        </w:rPr>
        <w:t xml:space="preserve">2% </w:t>
      </w:r>
      <w:proofErr w:type="spellStart"/>
      <w:r w:rsidRPr="008F4635">
        <w:rPr>
          <w:b/>
          <w:bCs/>
        </w:rPr>
        <w:t>sobre</w:t>
      </w:r>
      <w:proofErr w:type="spellEnd"/>
      <w:r w:rsidRPr="008F4635">
        <w:rPr>
          <w:b/>
          <w:bCs/>
        </w:rPr>
        <w:t xml:space="preserve"> o valor </w:t>
      </w:r>
      <w:proofErr w:type="spellStart"/>
      <w:r w:rsidRPr="008F4635">
        <w:rPr>
          <w:b/>
          <w:bCs/>
        </w:rPr>
        <w:t>devido</w:t>
      </w:r>
      <w:proofErr w:type="spellEnd"/>
      <w:r w:rsidRPr="008F4635">
        <w:rPr>
          <w:b/>
          <w:bCs/>
        </w:rPr>
        <w:t xml:space="preserve">, </w:t>
      </w:r>
      <w:proofErr w:type="spellStart"/>
      <w:r w:rsidRPr="008F4635">
        <w:rPr>
          <w:b/>
          <w:bCs/>
        </w:rPr>
        <w:t>além</w:t>
      </w:r>
      <w:proofErr w:type="spellEnd"/>
      <w:r w:rsidRPr="008F4635">
        <w:rPr>
          <w:b/>
          <w:bCs/>
        </w:rPr>
        <w:t xml:space="preserve"> de </w:t>
      </w:r>
      <w:proofErr w:type="spellStart"/>
      <w:r w:rsidRPr="008F4635">
        <w:rPr>
          <w:b/>
          <w:bCs/>
        </w:rPr>
        <w:t>juros</w:t>
      </w:r>
      <w:proofErr w:type="spellEnd"/>
      <w:r w:rsidRPr="008F4635">
        <w:rPr>
          <w:b/>
          <w:bCs/>
        </w:rPr>
        <w:t xml:space="preserve"> de 1% </w:t>
      </w:r>
      <w:proofErr w:type="spellStart"/>
      <w:r w:rsidRPr="008F4635">
        <w:rPr>
          <w:b/>
          <w:bCs/>
        </w:rPr>
        <w:t>ao</w:t>
      </w:r>
      <w:proofErr w:type="spellEnd"/>
      <w:r w:rsidRPr="008F4635">
        <w:rPr>
          <w:b/>
          <w:bCs/>
        </w:rPr>
        <w:t xml:space="preserve"> </w:t>
      </w:r>
      <w:proofErr w:type="spellStart"/>
      <w:r w:rsidRPr="008F4635">
        <w:rPr>
          <w:b/>
          <w:bCs/>
        </w:rPr>
        <w:t>mês</w:t>
      </w:r>
      <w:proofErr w:type="spellEnd"/>
      <w:r w:rsidRPr="008F4635">
        <w:rPr>
          <w:b/>
          <w:bCs/>
        </w:rPr>
        <w:t xml:space="preserve"> e </w:t>
      </w:r>
      <w:proofErr w:type="spellStart"/>
      <w:r w:rsidRPr="008F4635">
        <w:rPr>
          <w:b/>
          <w:bCs/>
        </w:rPr>
        <w:t>correção</w:t>
      </w:r>
      <w:proofErr w:type="spellEnd"/>
      <w:r w:rsidRPr="008F4635">
        <w:rPr>
          <w:b/>
          <w:bCs/>
        </w:rPr>
        <w:t xml:space="preserve"> </w:t>
      </w:r>
      <w:proofErr w:type="spellStart"/>
      <w:r w:rsidRPr="008F4635">
        <w:rPr>
          <w:b/>
          <w:bCs/>
        </w:rPr>
        <w:t>monetária</w:t>
      </w:r>
      <w:proofErr w:type="spellEnd"/>
      <w:r w:rsidRPr="008F4635">
        <w:rPr>
          <w:b/>
          <w:bCs/>
        </w:rPr>
        <w:t xml:space="preserve"> </w:t>
      </w:r>
      <w:proofErr w:type="spellStart"/>
      <w:r w:rsidRPr="008F4635">
        <w:rPr>
          <w:b/>
          <w:bCs/>
        </w:rPr>
        <w:t>pelo</w:t>
      </w:r>
      <w:proofErr w:type="spellEnd"/>
      <w:r w:rsidRPr="008F4635">
        <w:rPr>
          <w:b/>
          <w:bCs/>
        </w:rPr>
        <w:t xml:space="preserve"> IPCA, </w:t>
      </w:r>
      <w:proofErr w:type="spellStart"/>
      <w:r w:rsidRPr="008F4635">
        <w:rPr>
          <w:b/>
          <w:bCs/>
        </w:rPr>
        <w:t>podendo</w:t>
      </w:r>
      <w:proofErr w:type="spellEnd"/>
      <w:r w:rsidRPr="008F4635">
        <w:rPr>
          <w:b/>
          <w:bCs/>
        </w:rPr>
        <w:t xml:space="preserve"> o CNPJ do CONTRATANTE ser </w:t>
      </w:r>
      <w:proofErr w:type="spellStart"/>
      <w:r w:rsidRPr="008F4635">
        <w:rPr>
          <w:b/>
          <w:bCs/>
        </w:rPr>
        <w:t>negativado</w:t>
      </w:r>
      <w:proofErr w:type="spellEnd"/>
      <w:r w:rsidRPr="008F4635">
        <w:rPr>
          <w:b/>
          <w:bCs/>
        </w:rPr>
        <w:t>.</w:t>
      </w:r>
    </w:p>
    <w:p w14:paraId="1616C740" w14:textId="77777777" w:rsidR="00FB3554" w:rsidRDefault="00FB3554">
      <w:r>
        <w:br w:type="page"/>
      </w:r>
    </w:p>
    <w:p w14:paraId="1443670E" w14:textId="610453BC" w:rsidR="00B52543" w:rsidRDefault="00000000" w:rsidP="00B52543">
      <w:r w:rsidRPr="00B52543">
        <w:rPr>
          <w:b/>
          <w:bCs/>
        </w:rPr>
        <w:lastRenderedPageBreak/>
        <w:t>CLÁUSULA TERCEIRA - FASES DE IMPLANTAÇÃO</w:t>
      </w:r>
      <w:r>
        <w:br/>
        <w:t xml:space="preserve">3.1. A </w:t>
      </w:r>
      <w:proofErr w:type="spellStart"/>
      <w:r>
        <w:t>implantação</w:t>
      </w:r>
      <w:proofErr w:type="spellEnd"/>
      <w:r>
        <w:t xml:space="preserve"> do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ocorrerá</w:t>
      </w:r>
      <w:proofErr w:type="spellEnd"/>
      <w:r>
        <w:t xml:space="preserve"> </w:t>
      </w:r>
      <w:proofErr w:type="spellStart"/>
      <w:r>
        <w:t>nas</w:t>
      </w:r>
      <w:proofErr w:type="spellEnd"/>
      <w:r>
        <w:t xml:space="preserve"> </w:t>
      </w:r>
      <w:proofErr w:type="spellStart"/>
      <w:r>
        <w:t>seguintes</w:t>
      </w:r>
      <w:proofErr w:type="spellEnd"/>
      <w:r>
        <w:t xml:space="preserve"> </w:t>
      </w:r>
      <w:proofErr w:type="spellStart"/>
      <w:r>
        <w:t>fases</w:t>
      </w:r>
      <w:proofErr w:type="spellEnd"/>
      <w:r>
        <w:t>:</w:t>
      </w:r>
      <w:r>
        <w:br/>
        <w:t xml:space="preserve">a) Visita </w:t>
      </w:r>
      <w:proofErr w:type="spellStart"/>
      <w:r>
        <w:t>presencial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remota </w:t>
      </w:r>
      <w:proofErr w:type="spellStart"/>
      <w:r>
        <w:t>conforme</w:t>
      </w:r>
      <w:proofErr w:type="spellEnd"/>
      <w:r>
        <w:t xml:space="preserve"> </w:t>
      </w:r>
      <w:proofErr w:type="spellStart"/>
      <w:r>
        <w:t>acordado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negociação</w:t>
      </w:r>
      <w:proofErr w:type="spellEnd"/>
      <w:r>
        <w:t>;</w:t>
      </w:r>
      <w:r>
        <w:br/>
        <w:t xml:space="preserve">b) </w:t>
      </w:r>
      <w:proofErr w:type="spellStart"/>
      <w:r>
        <w:t>Instalação</w:t>
      </w:r>
      <w:proofErr w:type="spellEnd"/>
      <w:r>
        <w:t xml:space="preserve"> e </w:t>
      </w:r>
      <w:proofErr w:type="spellStart"/>
      <w:r>
        <w:t>configuração</w:t>
      </w:r>
      <w:proofErr w:type="spellEnd"/>
      <w:r>
        <w:t xml:space="preserve"> dos </w:t>
      </w:r>
      <w:proofErr w:type="spellStart"/>
      <w:r>
        <w:t>equipamentos</w:t>
      </w:r>
      <w:proofErr w:type="spellEnd"/>
      <w:r>
        <w:t xml:space="preserve"> </w:t>
      </w:r>
      <w:proofErr w:type="spellStart"/>
      <w:r>
        <w:t>necessários</w:t>
      </w:r>
      <w:proofErr w:type="spellEnd"/>
      <w:r>
        <w:t xml:space="preserve">, </w:t>
      </w:r>
      <w:proofErr w:type="spellStart"/>
      <w:r>
        <w:t>cujo</w:t>
      </w:r>
      <w:proofErr w:type="spellEnd"/>
      <w:r>
        <w:t xml:space="preserve"> </w:t>
      </w:r>
      <w:proofErr w:type="spellStart"/>
      <w:r>
        <w:t>custo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incluso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implantação</w:t>
      </w:r>
      <w:proofErr w:type="spellEnd"/>
      <w:r>
        <w:t>;</w:t>
      </w:r>
      <w:r>
        <w:br/>
        <w:t xml:space="preserve">c) </w:t>
      </w:r>
      <w:proofErr w:type="spellStart"/>
      <w:r>
        <w:t>Importação</w:t>
      </w:r>
      <w:proofErr w:type="spellEnd"/>
      <w:r>
        <w:t xml:space="preserve"> de dados </w:t>
      </w:r>
      <w:proofErr w:type="spellStart"/>
      <w:r>
        <w:t>fornecidos</w:t>
      </w:r>
      <w:proofErr w:type="spellEnd"/>
      <w:r>
        <w:t xml:space="preserve"> </w:t>
      </w:r>
      <w:proofErr w:type="spellStart"/>
      <w:r>
        <w:t>pelo</w:t>
      </w:r>
      <w:proofErr w:type="spellEnd"/>
      <w:r>
        <w:t xml:space="preserve"> CONTRATANTE</w:t>
      </w:r>
      <w:r w:rsidR="008F4635">
        <w:t xml:space="preserve">(Caso </w:t>
      </w:r>
      <w:proofErr w:type="spellStart"/>
      <w:r w:rsidR="008F4635">
        <w:t>necessário</w:t>
      </w:r>
      <w:proofErr w:type="spellEnd"/>
      <w:r w:rsidR="008F4635">
        <w:t>)</w:t>
      </w:r>
      <w:r>
        <w:t>;</w:t>
      </w:r>
      <w:r>
        <w:br/>
        <w:t xml:space="preserve">d) </w:t>
      </w:r>
      <w:proofErr w:type="spellStart"/>
      <w:r>
        <w:t>Deslocamento</w:t>
      </w:r>
      <w:proofErr w:type="spellEnd"/>
      <w:r>
        <w:t xml:space="preserve"> </w:t>
      </w:r>
      <w:proofErr w:type="spellStart"/>
      <w:r>
        <w:t>técnico</w:t>
      </w:r>
      <w:proofErr w:type="spellEnd"/>
      <w:r>
        <w:t xml:space="preserve"> </w:t>
      </w:r>
      <w:proofErr w:type="spellStart"/>
      <w:r>
        <w:t>diário</w:t>
      </w:r>
      <w:proofErr w:type="spellEnd"/>
      <w:r>
        <w:t xml:space="preserve"> do consultor e do </w:t>
      </w:r>
      <w:r w:rsidR="008F4635">
        <w:t>ana</w:t>
      </w:r>
      <w:r w:rsidR="008F4635" w:rsidRPr="008F4635">
        <w:t xml:space="preserve"> </w:t>
      </w:r>
      <w:proofErr w:type="spellStart"/>
      <w:r w:rsidR="008F4635">
        <w:t>aplicável</w:t>
      </w:r>
      <w:proofErr w:type="spellEnd"/>
      <w:r w:rsidR="008F4635">
        <w:t xml:space="preserve"> </w:t>
      </w:r>
      <w:proofErr w:type="spellStart"/>
      <w:r w:rsidR="008F4635">
        <w:t>lista</w:t>
      </w:r>
      <w:proofErr w:type="spellEnd"/>
      <w:r>
        <w:t xml:space="preserve">, </w:t>
      </w:r>
      <w:proofErr w:type="spellStart"/>
      <w:r>
        <w:t>caso</w:t>
      </w:r>
      <w:proofErr w:type="spellEnd"/>
      <w:r>
        <w:t xml:space="preserve"> </w:t>
      </w:r>
      <w:proofErr w:type="spellStart"/>
      <w:r>
        <w:t>aplicável</w:t>
      </w:r>
      <w:proofErr w:type="spellEnd"/>
      <w:r>
        <w:t>;</w:t>
      </w:r>
      <w:r>
        <w:br/>
        <w:t xml:space="preserve">e) </w:t>
      </w:r>
      <w:proofErr w:type="spellStart"/>
      <w:r>
        <w:t>Treinamento</w:t>
      </w:r>
      <w:proofErr w:type="spellEnd"/>
      <w:r>
        <w:t xml:space="preserve"> da equipe do CONTRATANTE;</w:t>
      </w:r>
      <w:r>
        <w:br/>
        <w:t xml:space="preserve">f) Custos </w:t>
      </w:r>
      <w:proofErr w:type="spellStart"/>
      <w:r>
        <w:t>adicionais</w:t>
      </w:r>
      <w:proofErr w:type="spellEnd"/>
      <w:r>
        <w:t xml:space="preserve"> com </w:t>
      </w:r>
      <w:proofErr w:type="spellStart"/>
      <w:r>
        <w:t>alimentação</w:t>
      </w:r>
      <w:proofErr w:type="spellEnd"/>
      <w:r>
        <w:t xml:space="preserve">, </w:t>
      </w:r>
      <w:proofErr w:type="spellStart"/>
      <w:r>
        <w:t>estresse</w:t>
      </w:r>
      <w:proofErr w:type="spellEnd"/>
      <w:r>
        <w:t xml:space="preserve"> e </w:t>
      </w:r>
      <w:proofErr w:type="spellStart"/>
      <w:r>
        <w:t>desgaste</w:t>
      </w:r>
      <w:proofErr w:type="spellEnd"/>
      <w:r>
        <w:t xml:space="preserve"> </w:t>
      </w:r>
      <w:proofErr w:type="spellStart"/>
      <w:r>
        <w:t>físico</w:t>
      </w:r>
      <w:proofErr w:type="spellEnd"/>
      <w:r>
        <w:t xml:space="preserve"> da equipe da CONTRATADA.</w:t>
      </w:r>
    </w:p>
    <w:p w14:paraId="665ACC17" w14:textId="5205A304" w:rsidR="00FB3554" w:rsidRPr="00FB3554" w:rsidRDefault="00FB3554" w:rsidP="00FB3554">
      <w:pPr>
        <w:pStyle w:val="Ttulo1"/>
        <w:rPr>
          <w:rFonts w:asciiTheme="minorHAnsi" w:hAnsiTheme="minorHAnsi"/>
          <w:color w:val="auto"/>
        </w:rPr>
      </w:pPr>
      <w:r w:rsidRPr="00FB3554">
        <w:rPr>
          <w:rFonts w:asciiTheme="minorHAnsi" w:hAnsiTheme="minorHAnsi"/>
          <w:color w:val="auto"/>
        </w:rPr>
        <w:t>FASES DA IMPLANTAÇÃO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FB3554" w:rsidRPr="00FB3554" w14:paraId="6FDD07B3" w14:textId="77777777" w:rsidTr="00BC7F05">
        <w:tc>
          <w:tcPr>
            <w:tcW w:w="4320" w:type="dxa"/>
          </w:tcPr>
          <w:p w14:paraId="445473A9" w14:textId="5FD5282C" w:rsidR="00FB3554" w:rsidRPr="00FB3554" w:rsidRDefault="00FB3554" w:rsidP="00BC7F05">
            <w:r w:rsidRPr="00FB3554">
              <w:t xml:space="preserve">1,0 </w:t>
            </w:r>
            <w:proofErr w:type="gramStart"/>
            <w:r w:rsidRPr="00FB3554">
              <w:t>hora</w:t>
            </w:r>
            <w:proofErr w:type="gramEnd"/>
          </w:p>
        </w:tc>
        <w:tc>
          <w:tcPr>
            <w:tcW w:w="4320" w:type="dxa"/>
          </w:tcPr>
          <w:p w14:paraId="76E5FB0D" w14:textId="77777777" w:rsidR="00FB3554" w:rsidRPr="00FB3554" w:rsidRDefault="00FB3554" w:rsidP="00BC7F05">
            <w:r w:rsidRPr="00FB3554">
              <w:t xml:space="preserve">Visita </w:t>
            </w:r>
            <w:proofErr w:type="spellStart"/>
            <w:r w:rsidRPr="00FB3554">
              <w:t>presencial</w:t>
            </w:r>
            <w:proofErr w:type="spellEnd"/>
            <w:r w:rsidRPr="00FB3554">
              <w:t xml:space="preserve"> </w:t>
            </w:r>
            <w:proofErr w:type="spellStart"/>
            <w:r w:rsidRPr="00FB3554">
              <w:t>ou</w:t>
            </w:r>
            <w:proofErr w:type="spellEnd"/>
            <w:r w:rsidRPr="00FB3554">
              <w:t xml:space="preserve"> remota </w:t>
            </w:r>
            <w:proofErr w:type="spellStart"/>
            <w:r w:rsidRPr="00FB3554">
              <w:t>conforme</w:t>
            </w:r>
            <w:proofErr w:type="spellEnd"/>
            <w:r w:rsidRPr="00FB3554">
              <w:t xml:space="preserve"> </w:t>
            </w:r>
            <w:proofErr w:type="spellStart"/>
            <w:r w:rsidRPr="00FB3554">
              <w:t>negociação</w:t>
            </w:r>
            <w:proofErr w:type="spellEnd"/>
          </w:p>
        </w:tc>
      </w:tr>
      <w:tr w:rsidR="00FB3554" w:rsidRPr="00FB3554" w14:paraId="464AB006" w14:textId="77777777" w:rsidTr="00BC7F05">
        <w:tc>
          <w:tcPr>
            <w:tcW w:w="4320" w:type="dxa"/>
          </w:tcPr>
          <w:p w14:paraId="0D7D401D" w14:textId="65FF9505" w:rsidR="00FB3554" w:rsidRPr="00FB3554" w:rsidRDefault="00FB3554" w:rsidP="00BC7F05">
            <w:r w:rsidRPr="00FB3554">
              <w:t xml:space="preserve">1,5 </w:t>
            </w:r>
            <w:proofErr w:type="gramStart"/>
            <w:r w:rsidRPr="00FB3554">
              <w:t>hora</w:t>
            </w:r>
            <w:proofErr w:type="gramEnd"/>
          </w:p>
        </w:tc>
        <w:tc>
          <w:tcPr>
            <w:tcW w:w="4320" w:type="dxa"/>
          </w:tcPr>
          <w:p w14:paraId="1911432C" w14:textId="77777777" w:rsidR="00FB3554" w:rsidRPr="00FB3554" w:rsidRDefault="00FB3554" w:rsidP="00BC7F05">
            <w:proofErr w:type="spellStart"/>
            <w:r w:rsidRPr="00FB3554">
              <w:t>Instalação</w:t>
            </w:r>
            <w:proofErr w:type="spellEnd"/>
            <w:r w:rsidRPr="00FB3554">
              <w:t xml:space="preserve"> e </w:t>
            </w:r>
            <w:proofErr w:type="spellStart"/>
            <w:r w:rsidRPr="00FB3554">
              <w:t>configuração</w:t>
            </w:r>
            <w:proofErr w:type="spellEnd"/>
            <w:r w:rsidRPr="00FB3554">
              <w:t xml:space="preserve"> dos </w:t>
            </w:r>
            <w:proofErr w:type="spellStart"/>
            <w:r w:rsidRPr="00FB3554">
              <w:t>equipamentos</w:t>
            </w:r>
            <w:proofErr w:type="spellEnd"/>
          </w:p>
        </w:tc>
      </w:tr>
      <w:tr w:rsidR="00FB3554" w:rsidRPr="00FB3554" w14:paraId="48C54C9B" w14:textId="77777777" w:rsidTr="00BC7F05">
        <w:tc>
          <w:tcPr>
            <w:tcW w:w="4320" w:type="dxa"/>
          </w:tcPr>
          <w:p w14:paraId="3A4FA322" w14:textId="6C1C4966" w:rsidR="00FB3554" w:rsidRPr="00FB3554" w:rsidRDefault="00FB3554" w:rsidP="00BC7F05">
            <w:r w:rsidRPr="00FB3554">
              <w:t xml:space="preserve">1,5 </w:t>
            </w:r>
            <w:proofErr w:type="gramStart"/>
            <w:r w:rsidRPr="00FB3554">
              <w:t>hora</w:t>
            </w:r>
            <w:proofErr w:type="gramEnd"/>
          </w:p>
        </w:tc>
        <w:tc>
          <w:tcPr>
            <w:tcW w:w="4320" w:type="dxa"/>
          </w:tcPr>
          <w:p w14:paraId="1C3217BC" w14:textId="77777777" w:rsidR="00FB3554" w:rsidRPr="00FB3554" w:rsidRDefault="00FB3554" w:rsidP="00BC7F05">
            <w:proofErr w:type="spellStart"/>
            <w:r w:rsidRPr="00FB3554">
              <w:t>Importação</w:t>
            </w:r>
            <w:proofErr w:type="spellEnd"/>
            <w:r w:rsidRPr="00FB3554">
              <w:t xml:space="preserve"> de dados </w:t>
            </w:r>
            <w:proofErr w:type="spellStart"/>
            <w:r w:rsidRPr="00FB3554">
              <w:t>fornecidos</w:t>
            </w:r>
            <w:proofErr w:type="spellEnd"/>
            <w:r w:rsidRPr="00FB3554">
              <w:t xml:space="preserve"> </w:t>
            </w:r>
            <w:proofErr w:type="spellStart"/>
            <w:r w:rsidRPr="00FB3554">
              <w:t>pelo</w:t>
            </w:r>
            <w:proofErr w:type="spellEnd"/>
            <w:r w:rsidRPr="00FB3554">
              <w:t xml:space="preserve"> CONTRATANTE</w:t>
            </w:r>
          </w:p>
        </w:tc>
      </w:tr>
      <w:tr w:rsidR="00FB3554" w:rsidRPr="00FB3554" w14:paraId="2216A1BA" w14:textId="77777777" w:rsidTr="00BC7F05">
        <w:tc>
          <w:tcPr>
            <w:tcW w:w="4320" w:type="dxa"/>
          </w:tcPr>
          <w:p w14:paraId="5418B0D2" w14:textId="2CA3D908" w:rsidR="00FB3554" w:rsidRPr="00FB3554" w:rsidRDefault="00FB3554" w:rsidP="00BC7F05">
            <w:r w:rsidRPr="00FB3554">
              <w:t xml:space="preserve">1,0 </w:t>
            </w:r>
            <w:proofErr w:type="gramStart"/>
            <w:r w:rsidRPr="00FB3554">
              <w:t>hora</w:t>
            </w:r>
            <w:proofErr w:type="gramEnd"/>
          </w:p>
        </w:tc>
        <w:tc>
          <w:tcPr>
            <w:tcW w:w="4320" w:type="dxa"/>
          </w:tcPr>
          <w:p w14:paraId="52445250" w14:textId="77777777" w:rsidR="00FB3554" w:rsidRPr="00FB3554" w:rsidRDefault="00FB3554" w:rsidP="00BC7F05">
            <w:proofErr w:type="spellStart"/>
            <w:r w:rsidRPr="00FB3554">
              <w:t>Deslocamento</w:t>
            </w:r>
            <w:proofErr w:type="spellEnd"/>
            <w:r w:rsidRPr="00FB3554">
              <w:t xml:space="preserve"> </w:t>
            </w:r>
            <w:proofErr w:type="spellStart"/>
            <w:r w:rsidRPr="00FB3554">
              <w:t>técnico</w:t>
            </w:r>
            <w:proofErr w:type="spellEnd"/>
            <w:r w:rsidRPr="00FB3554">
              <w:t xml:space="preserve"> do consultor e </w:t>
            </w:r>
            <w:proofErr w:type="spellStart"/>
            <w:r w:rsidRPr="00FB3554">
              <w:t>vendedor</w:t>
            </w:r>
            <w:proofErr w:type="spellEnd"/>
          </w:p>
        </w:tc>
      </w:tr>
      <w:tr w:rsidR="00FB3554" w:rsidRPr="00FB3554" w14:paraId="44FF4A58" w14:textId="77777777" w:rsidTr="00BC7F05">
        <w:tc>
          <w:tcPr>
            <w:tcW w:w="4320" w:type="dxa"/>
          </w:tcPr>
          <w:p w14:paraId="59472E2A" w14:textId="795E3CB3" w:rsidR="00FB3554" w:rsidRPr="00FB3554" w:rsidRDefault="00FB3554" w:rsidP="00BC7F05">
            <w:r w:rsidRPr="00FB3554">
              <w:t xml:space="preserve">2,0 </w:t>
            </w:r>
            <w:proofErr w:type="gramStart"/>
            <w:r w:rsidRPr="00FB3554">
              <w:t>hora</w:t>
            </w:r>
            <w:proofErr w:type="gramEnd"/>
          </w:p>
        </w:tc>
        <w:tc>
          <w:tcPr>
            <w:tcW w:w="4320" w:type="dxa"/>
          </w:tcPr>
          <w:p w14:paraId="1AC2FA0B" w14:textId="77777777" w:rsidR="00FB3554" w:rsidRPr="00FB3554" w:rsidRDefault="00FB3554" w:rsidP="00BC7F05">
            <w:proofErr w:type="spellStart"/>
            <w:r w:rsidRPr="00FB3554">
              <w:t>Treinamento</w:t>
            </w:r>
            <w:proofErr w:type="spellEnd"/>
            <w:r w:rsidRPr="00FB3554">
              <w:t xml:space="preserve"> da equipe do CONTRATANTE</w:t>
            </w:r>
          </w:p>
        </w:tc>
      </w:tr>
      <w:tr w:rsidR="00FB3554" w:rsidRPr="00FB3554" w14:paraId="58ABB081" w14:textId="77777777" w:rsidTr="00BC7F05">
        <w:tc>
          <w:tcPr>
            <w:tcW w:w="4320" w:type="dxa"/>
          </w:tcPr>
          <w:p w14:paraId="10D3DD5A" w14:textId="11D9DBF1" w:rsidR="00FB3554" w:rsidRPr="00FB3554" w:rsidRDefault="00FB3554" w:rsidP="00BC7F05">
            <w:r w:rsidRPr="00FB3554">
              <w:t xml:space="preserve">2,0 </w:t>
            </w:r>
            <w:proofErr w:type="gramStart"/>
            <w:r w:rsidRPr="00FB3554">
              <w:t>hora</w:t>
            </w:r>
            <w:proofErr w:type="gramEnd"/>
          </w:p>
        </w:tc>
        <w:tc>
          <w:tcPr>
            <w:tcW w:w="4320" w:type="dxa"/>
          </w:tcPr>
          <w:p w14:paraId="2ADF6ED5" w14:textId="77777777" w:rsidR="00FB3554" w:rsidRPr="00FB3554" w:rsidRDefault="00FB3554" w:rsidP="00BC7F05">
            <w:proofErr w:type="spellStart"/>
            <w:r w:rsidRPr="00FB3554">
              <w:t>Ajustes</w:t>
            </w:r>
            <w:proofErr w:type="spellEnd"/>
            <w:r w:rsidRPr="00FB3554">
              <w:t xml:space="preserve"> </w:t>
            </w:r>
            <w:proofErr w:type="spellStart"/>
            <w:r w:rsidRPr="00FB3554">
              <w:t>finais</w:t>
            </w:r>
            <w:proofErr w:type="spellEnd"/>
            <w:r w:rsidRPr="00FB3554">
              <w:t xml:space="preserve"> e testes de </w:t>
            </w:r>
            <w:proofErr w:type="spellStart"/>
            <w:r w:rsidRPr="00FB3554">
              <w:t>funcionamento</w:t>
            </w:r>
            <w:proofErr w:type="spellEnd"/>
          </w:p>
        </w:tc>
      </w:tr>
    </w:tbl>
    <w:p w14:paraId="78D54306" w14:textId="02E6ABD5" w:rsidR="00B52543" w:rsidRDefault="00B52543"/>
    <w:p w14:paraId="28792D33" w14:textId="77777777" w:rsidR="00350385" w:rsidRDefault="00000000" w:rsidP="00B52543">
      <w:r w:rsidRPr="00B52543">
        <w:rPr>
          <w:b/>
          <w:bCs/>
        </w:rPr>
        <w:t>CLÁUSULA QUARTA - SUPORTE E CONFIABILIDADE</w:t>
      </w:r>
      <w:r>
        <w:br/>
        <w:t xml:space="preserve">4.1. O </w:t>
      </w:r>
      <w:proofErr w:type="spellStart"/>
      <w:r>
        <w:t>suporte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realizado</w:t>
      </w:r>
      <w:proofErr w:type="spellEnd"/>
      <w:r>
        <w:t xml:space="preserve"> </w:t>
      </w:r>
      <w:proofErr w:type="spellStart"/>
      <w:r>
        <w:t>exclusivamente</w:t>
      </w:r>
      <w:proofErr w:type="spellEnd"/>
      <w:r>
        <w:t xml:space="preserve"> de forma remota </w:t>
      </w:r>
      <w:proofErr w:type="spellStart"/>
      <w:r>
        <w:t>após</w:t>
      </w:r>
      <w:proofErr w:type="spellEnd"/>
      <w:r>
        <w:t xml:space="preserve"> a </w:t>
      </w:r>
      <w:proofErr w:type="spellStart"/>
      <w:r>
        <w:t>fase</w:t>
      </w:r>
      <w:proofErr w:type="spellEnd"/>
      <w:r>
        <w:t xml:space="preserve"> de </w:t>
      </w:r>
      <w:proofErr w:type="spellStart"/>
      <w:r>
        <w:t>implantação</w:t>
      </w:r>
      <w:proofErr w:type="spellEnd"/>
      <w:r>
        <w:t xml:space="preserve">, </w:t>
      </w:r>
      <w:proofErr w:type="spellStart"/>
      <w:r>
        <w:t>sendo</w:t>
      </w:r>
      <w:proofErr w:type="spellEnd"/>
      <w:r>
        <w:t xml:space="preserve"> </w:t>
      </w:r>
      <w:proofErr w:type="spellStart"/>
      <w:r>
        <w:t>vedado</w:t>
      </w:r>
      <w:proofErr w:type="spellEnd"/>
      <w:r>
        <w:t xml:space="preserve"> </w:t>
      </w:r>
      <w:proofErr w:type="spellStart"/>
      <w:r>
        <w:t>atendimento</w:t>
      </w:r>
      <w:proofErr w:type="spellEnd"/>
      <w:r>
        <w:t xml:space="preserve"> </w:t>
      </w:r>
      <w:proofErr w:type="spellStart"/>
      <w:r>
        <w:t>presencial</w:t>
      </w:r>
      <w:proofErr w:type="spellEnd"/>
      <w:r>
        <w:t xml:space="preserve"> salvo </w:t>
      </w:r>
      <w:proofErr w:type="spellStart"/>
      <w:r>
        <w:t>acordos</w:t>
      </w:r>
      <w:proofErr w:type="spellEnd"/>
      <w:r>
        <w:t xml:space="preserve"> </w:t>
      </w:r>
      <w:proofErr w:type="spellStart"/>
      <w:r>
        <w:t>específicos</w:t>
      </w:r>
      <w:proofErr w:type="spellEnd"/>
      <w:r>
        <w:t>.</w:t>
      </w:r>
      <w:r>
        <w:br/>
        <w:t xml:space="preserve">4.2. O CONTRATANTE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poderá</w:t>
      </w:r>
      <w:proofErr w:type="spellEnd"/>
      <w:r>
        <w:t xml:space="preserve"> </w:t>
      </w:r>
      <w:proofErr w:type="spellStart"/>
      <w:r>
        <w:t>conceder</w:t>
      </w:r>
      <w:proofErr w:type="spellEnd"/>
      <w:r>
        <w:t xml:space="preserve"> </w:t>
      </w:r>
      <w:proofErr w:type="spellStart"/>
      <w:r>
        <w:t>acesso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a </w:t>
      </w:r>
      <w:proofErr w:type="spellStart"/>
      <w:r>
        <w:t>terceiros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concorrentes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</w:t>
      </w:r>
      <w:proofErr w:type="spellStart"/>
      <w:r>
        <w:t>autorização</w:t>
      </w:r>
      <w:proofErr w:type="spellEnd"/>
      <w:r>
        <w:t xml:space="preserve"> </w:t>
      </w:r>
      <w:proofErr w:type="spellStart"/>
      <w:r>
        <w:t>prévia</w:t>
      </w:r>
      <w:proofErr w:type="spellEnd"/>
      <w:r>
        <w:t xml:space="preserve"> da CONTRATADA, sob </w:t>
      </w:r>
      <w:proofErr w:type="spellStart"/>
      <w:r>
        <w:t>pena</w:t>
      </w:r>
      <w:proofErr w:type="spellEnd"/>
      <w:r>
        <w:t xml:space="preserve"> de </w:t>
      </w:r>
      <w:proofErr w:type="spellStart"/>
      <w:r>
        <w:t>multa</w:t>
      </w:r>
      <w:proofErr w:type="spellEnd"/>
      <w:r>
        <w:t xml:space="preserve"> e </w:t>
      </w:r>
      <w:proofErr w:type="spellStart"/>
      <w:r>
        <w:t>rescisão</w:t>
      </w:r>
      <w:proofErr w:type="spellEnd"/>
      <w:r>
        <w:t xml:space="preserve"> </w:t>
      </w:r>
      <w:proofErr w:type="spellStart"/>
      <w:r>
        <w:t>contratual</w:t>
      </w:r>
      <w:proofErr w:type="spellEnd"/>
      <w:r>
        <w:t>.</w:t>
      </w:r>
      <w:r>
        <w:br/>
        <w:t xml:space="preserve">4.3. O CONTRATANTE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poderá</w:t>
      </w:r>
      <w:proofErr w:type="spellEnd"/>
      <w:r>
        <w:t xml:space="preserve"> </w:t>
      </w:r>
      <w:proofErr w:type="spellStart"/>
      <w:r>
        <w:t>permitir</w:t>
      </w:r>
      <w:proofErr w:type="spellEnd"/>
      <w:r>
        <w:t xml:space="preserve"> que </w:t>
      </w:r>
      <w:proofErr w:type="spellStart"/>
      <w:r>
        <w:t>concorrentes</w:t>
      </w:r>
      <w:proofErr w:type="spellEnd"/>
      <w:r>
        <w:t xml:space="preserve"> </w:t>
      </w:r>
      <w:proofErr w:type="spellStart"/>
      <w:r>
        <w:t>tenham</w:t>
      </w:r>
      <w:proofErr w:type="spellEnd"/>
      <w:r>
        <w:t xml:space="preserve"> </w:t>
      </w:r>
      <w:proofErr w:type="spellStart"/>
      <w:r>
        <w:t>acesso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informações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o </w:t>
      </w:r>
      <w:proofErr w:type="spellStart"/>
      <w:r>
        <w:t>funcionamento</w:t>
      </w:r>
      <w:proofErr w:type="spellEnd"/>
      <w:r>
        <w:t xml:space="preserve"> </w:t>
      </w:r>
      <w:proofErr w:type="spellStart"/>
      <w:r>
        <w:t>interno</w:t>
      </w:r>
      <w:proofErr w:type="spellEnd"/>
      <w:r>
        <w:t xml:space="preserve"> do </w:t>
      </w:r>
      <w:proofErr w:type="spellStart"/>
      <w:r>
        <w:t>sistema</w:t>
      </w:r>
      <w:proofErr w:type="spellEnd"/>
      <w:r>
        <w:t xml:space="preserve">, </w:t>
      </w:r>
      <w:proofErr w:type="spellStart"/>
      <w:r>
        <w:t>evitando</w:t>
      </w:r>
      <w:proofErr w:type="spellEnd"/>
      <w:r>
        <w:t xml:space="preserve"> </w:t>
      </w:r>
      <w:proofErr w:type="spellStart"/>
      <w:r>
        <w:t>práticas</w:t>
      </w:r>
      <w:proofErr w:type="spellEnd"/>
      <w:r>
        <w:t xml:space="preserve"> de </w:t>
      </w:r>
      <w:proofErr w:type="spellStart"/>
      <w:r>
        <w:t>concorrência</w:t>
      </w:r>
      <w:proofErr w:type="spellEnd"/>
      <w:r>
        <w:t xml:space="preserve"> </w:t>
      </w:r>
      <w:proofErr w:type="spellStart"/>
      <w:r>
        <w:t>desleal</w:t>
      </w:r>
      <w:proofErr w:type="spellEnd"/>
      <w:r>
        <w:t>.</w:t>
      </w:r>
    </w:p>
    <w:p w14:paraId="47F04C7C" w14:textId="0E1CBD98" w:rsidR="00FB3554" w:rsidRPr="00404337" w:rsidRDefault="00000000" w:rsidP="00FB3554">
      <w:r w:rsidRPr="00B52543">
        <w:rPr>
          <w:b/>
          <w:bCs/>
        </w:rPr>
        <w:t>CLÁUSULA QUINTA - DISPOSIÇÕES GERAIS</w:t>
      </w:r>
      <w:r>
        <w:br/>
        <w:t xml:space="preserve">5.1. 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tolerância</w:t>
      </w:r>
      <w:proofErr w:type="spellEnd"/>
      <w:r>
        <w:t xml:space="preserve"> </w:t>
      </w:r>
      <w:proofErr w:type="spellStart"/>
      <w:r>
        <w:t>quanto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descumprimento</w:t>
      </w:r>
      <w:proofErr w:type="spellEnd"/>
      <w:r>
        <w:t xml:space="preserve"> de </w:t>
      </w:r>
      <w:proofErr w:type="spellStart"/>
      <w:r>
        <w:t>cláusulas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implica</w:t>
      </w:r>
      <w:proofErr w:type="spellEnd"/>
      <w:r>
        <w:t xml:space="preserve"> </w:t>
      </w:r>
      <w:proofErr w:type="spellStart"/>
      <w:r>
        <w:t>renúncia</w:t>
      </w:r>
      <w:proofErr w:type="spellEnd"/>
      <w:r>
        <w:t xml:space="preserve"> de </w:t>
      </w:r>
      <w:proofErr w:type="spellStart"/>
      <w:r>
        <w:t>direitos</w:t>
      </w:r>
      <w:proofErr w:type="spellEnd"/>
      <w:r>
        <w:t>.</w:t>
      </w:r>
      <w:r>
        <w:br/>
        <w:t xml:space="preserve">5.2. O </w:t>
      </w:r>
      <w:proofErr w:type="spellStart"/>
      <w:r>
        <w:t>foro</w:t>
      </w:r>
      <w:proofErr w:type="spellEnd"/>
      <w:r>
        <w:t xml:space="preserve"> </w:t>
      </w:r>
      <w:proofErr w:type="spellStart"/>
      <w:r>
        <w:t>competente</w:t>
      </w:r>
      <w:proofErr w:type="spellEnd"/>
      <w:r>
        <w:t xml:space="preserve"> para </w:t>
      </w:r>
      <w:proofErr w:type="spellStart"/>
      <w:r>
        <w:t>dirimir</w:t>
      </w:r>
      <w:proofErr w:type="spellEnd"/>
      <w:r>
        <w:t xml:space="preserve"> </w:t>
      </w:r>
      <w:proofErr w:type="spellStart"/>
      <w:r>
        <w:t>dúvidas</w:t>
      </w:r>
      <w:proofErr w:type="spellEnd"/>
      <w:r>
        <w:t xml:space="preserve"> é o da comarca de Peixoto de Azevedo.</w:t>
      </w:r>
      <w:r w:rsidR="00FB3554">
        <w:br w:type="page"/>
      </w:r>
    </w:p>
    <w:p w14:paraId="4A0EA04E" w14:textId="2E9AAE9A" w:rsidR="00FB3554" w:rsidRDefault="00000000" w:rsidP="00FB3554">
      <w:r w:rsidRPr="00501BEE">
        <w:rPr>
          <w:b/>
          <w:bCs/>
        </w:rPr>
        <w:lastRenderedPageBreak/>
        <w:t>CLÁUSULA SEXTA - SUPORTE E RESPONSABILIDADES</w:t>
      </w:r>
      <w:r>
        <w:br/>
        <w:t xml:space="preserve">6.1. O </w:t>
      </w:r>
      <w:proofErr w:type="spellStart"/>
      <w:r>
        <w:t>horário</w:t>
      </w:r>
      <w:proofErr w:type="spellEnd"/>
      <w:r>
        <w:t xml:space="preserve"> de </w:t>
      </w:r>
      <w:proofErr w:type="spellStart"/>
      <w:r>
        <w:t>atendimento</w:t>
      </w:r>
      <w:proofErr w:type="spellEnd"/>
      <w:r>
        <w:t xml:space="preserve"> do </w:t>
      </w:r>
      <w:proofErr w:type="spellStart"/>
      <w:r>
        <w:t>suporte</w:t>
      </w:r>
      <w:proofErr w:type="spellEnd"/>
      <w:r>
        <w:t xml:space="preserve"> </w:t>
      </w:r>
      <w:proofErr w:type="spellStart"/>
      <w:r>
        <w:t>técnico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de </w:t>
      </w:r>
      <w:proofErr w:type="spellStart"/>
      <w:r>
        <w:t>segunda</w:t>
      </w:r>
      <w:proofErr w:type="spellEnd"/>
      <w:r>
        <w:t xml:space="preserve"> a sexta-</w:t>
      </w:r>
      <w:proofErr w:type="spellStart"/>
      <w:r>
        <w:t>feira</w:t>
      </w:r>
      <w:proofErr w:type="spellEnd"/>
      <w:r>
        <w:t xml:space="preserve">, das 07:00 </w:t>
      </w:r>
      <w:proofErr w:type="spellStart"/>
      <w:r>
        <w:t>às</w:t>
      </w:r>
      <w:proofErr w:type="spellEnd"/>
      <w:r>
        <w:t xml:space="preserve"> 11:00 e das 13:00 </w:t>
      </w:r>
      <w:proofErr w:type="spellStart"/>
      <w:r>
        <w:t>às</w:t>
      </w:r>
      <w:proofErr w:type="spellEnd"/>
      <w:r>
        <w:t xml:space="preserve"> 17:00. O </w:t>
      </w:r>
      <w:proofErr w:type="spellStart"/>
      <w:r>
        <w:t>atendimento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realizado</w:t>
      </w:r>
      <w:proofErr w:type="spellEnd"/>
      <w:r>
        <w:t xml:space="preserve"> </w:t>
      </w:r>
      <w:proofErr w:type="spellStart"/>
      <w:r>
        <w:t>pelos</w:t>
      </w:r>
      <w:proofErr w:type="spellEnd"/>
      <w:r>
        <w:t xml:space="preserve"> </w:t>
      </w:r>
      <w:proofErr w:type="spellStart"/>
      <w:r>
        <w:t>seguintes</w:t>
      </w:r>
      <w:proofErr w:type="spellEnd"/>
      <w:r>
        <w:t xml:space="preserve"> </w:t>
      </w:r>
      <w:proofErr w:type="spellStart"/>
      <w:r>
        <w:t>contatos</w:t>
      </w:r>
      <w:proofErr w:type="spellEnd"/>
      <w:r>
        <w:t>:</w:t>
      </w:r>
      <w:r>
        <w:br/>
      </w:r>
      <w:r>
        <w:br/>
        <w:t xml:space="preserve">    - </w:t>
      </w:r>
      <w:proofErr w:type="spellStart"/>
      <w:r>
        <w:t>Telefone</w:t>
      </w:r>
      <w:proofErr w:type="spellEnd"/>
      <w:r>
        <w:t xml:space="preserve"> </w:t>
      </w:r>
      <w:proofErr w:type="spellStart"/>
      <w:r>
        <w:t>fixo</w:t>
      </w:r>
      <w:proofErr w:type="spellEnd"/>
      <w:r>
        <w:t>: (66) 2123-5209</w:t>
      </w:r>
      <w:r>
        <w:br/>
      </w:r>
      <w:r>
        <w:br/>
        <w:t xml:space="preserve">    - WhatsApp: (66) 98411-2666</w:t>
      </w:r>
      <w:r>
        <w:br/>
      </w:r>
      <w:r>
        <w:br/>
        <w:t xml:space="preserve">    - E-mail: contato@softjava.com.br</w:t>
      </w:r>
      <w:r>
        <w:br/>
      </w:r>
      <w:r>
        <w:br/>
        <w:t xml:space="preserve">6.2. A CONTRATADA é </w:t>
      </w:r>
      <w:proofErr w:type="spellStart"/>
      <w:r>
        <w:t>responsável</w:t>
      </w:r>
      <w:proofErr w:type="spellEnd"/>
      <w:r>
        <w:t xml:space="preserve"> </w:t>
      </w:r>
      <w:proofErr w:type="spellStart"/>
      <w:r>
        <w:t>apenas</w:t>
      </w:r>
      <w:proofErr w:type="spellEnd"/>
      <w:r>
        <w:t xml:space="preserve"> </w:t>
      </w:r>
      <w:proofErr w:type="spellStart"/>
      <w:r>
        <w:t>pelo</w:t>
      </w:r>
      <w:proofErr w:type="spellEnd"/>
      <w:r>
        <w:t xml:space="preserve"> </w:t>
      </w:r>
      <w:proofErr w:type="spellStart"/>
      <w:r>
        <w:t>funcionamento</w:t>
      </w:r>
      <w:proofErr w:type="spellEnd"/>
      <w:r>
        <w:t xml:space="preserve"> do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SoftJava</w:t>
      </w:r>
      <w:proofErr w:type="spellEnd"/>
      <w:r>
        <w:t xml:space="preserve"> </w:t>
      </w:r>
      <w:proofErr w:type="spellStart"/>
      <w:r>
        <w:t>eGestor</w:t>
      </w:r>
      <w:proofErr w:type="spellEnd"/>
      <w:r>
        <w:t xml:space="preserve">, </w:t>
      </w:r>
      <w:proofErr w:type="spellStart"/>
      <w:r>
        <w:t>não</w:t>
      </w:r>
      <w:proofErr w:type="spellEnd"/>
      <w:r>
        <w:t xml:space="preserve"> se </w:t>
      </w:r>
      <w:proofErr w:type="spellStart"/>
      <w:r>
        <w:t>responsabilizando</w:t>
      </w:r>
      <w:proofErr w:type="spellEnd"/>
      <w:r>
        <w:t xml:space="preserve"> </w:t>
      </w:r>
      <w:proofErr w:type="spellStart"/>
      <w:r>
        <w:t>por</w:t>
      </w:r>
      <w:proofErr w:type="spellEnd"/>
      <w:r>
        <w:t>:</w:t>
      </w:r>
      <w:r>
        <w:br/>
      </w:r>
      <w:r>
        <w:br/>
        <w:t xml:space="preserve">    a) Tempo de </w:t>
      </w:r>
      <w:proofErr w:type="spellStart"/>
      <w:r>
        <w:t>emissão</w:t>
      </w:r>
      <w:proofErr w:type="spellEnd"/>
      <w:r>
        <w:t xml:space="preserve"> de </w:t>
      </w:r>
      <w:proofErr w:type="spellStart"/>
      <w:r>
        <w:t>notas</w:t>
      </w:r>
      <w:proofErr w:type="spellEnd"/>
      <w:r>
        <w:t xml:space="preserve"> </w:t>
      </w:r>
      <w:proofErr w:type="spellStart"/>
      <w:r>
        <w:t>fiscais</w:t>
      </w:r>
      <w:proofErr w:type="spellEnd"/>
      <w:r>
        <w:t>;</w:t>
      </w:r>
      <w:r>
        <w:br/>
      </w:r>
      <w:r>
        <w:br/>
        <w:t xml:space="preserve">    b) Tempo de </w:t>
      </w:r>
      <w:proofErr w:type="spellStart"/>
      <w:r>
        <w:t>transação</w:t>
      </w:r>
      <w:proofErr w:type="spellEnd"/>
      <w:r>
        <w:t xml:space="preserve"> de TEF (</w:t>
      </w:r>
      <w:proofErr w:type="spellStart"/>
      <w:r>
        <w:t>Transferência</w:t>
      </w:r>
      <w:proofErr w:type="spellEnd"/>
      <w:r>
        <w:t xml:space="preserve"> </w:t>
      </w:r>
      <w:proofErr w:type="spellStart"/>
      <w:r>
        <w:t>Eletrônica</w:t>
      </w:r>
      <w:proofErr w:type="spellEnd"/>
      <w:r>
        <w:t xml:space="preserve"> de </w:t>
      </w:r>
      <w:proofErr w:type="spellStart"/>
      <w:r>
        <w:t>Fundos</w:t>
      </w:r>
      <w:proofErr w:type="spellEnd"/>
      <w:r>
        <w:t>);</w:t>
      </w:r>
      <w:r>
        <w:br/>
      </w:r>
      <w:r>
        <w:br/>
        <w:t xml:space="preserve">    c) </w:t>
      </w:r>
      <w:proofErr w:type="spellStart"/>
      <w:r>
        <w:t>Problemas</w:t>
      </w:r>
      <w:proofErr w:type="spellEnd"/>
      <w:r>
        <w:t xml:space="preserve"> com </w:t>
      </w:r>
      <w:proofErr w:type="spellStart"/>
      <w:r>
        <w:t>equipamentos</w:t>
      </w:r>
      <w:proofErr w:type="spellEnd"/>
      <w:r>
        <w:t xml:space="preserve"> do CONTRATANTE, </w:t>
      </w:r>
      <w:proofErr w:type="spellStart"/>
      <w:r>
        <w:t>incluindo</w:t>
      </w:r>
      <w:proofErr w:type="spellEnd"/>
      <w:r>
        <w:t xml:space="preserve"> </w:t>
      </w:r>
      <w:proofErr w:type="spellStart"/>
      <w:r>
        <w:t>computadores</w:t>
      </w:r>
      <w:proofErr w:type="spellEnd"/>
      <w:r>
        <w:t xml:space="preserve">, </w:t>
      </w:r>
      <w:proofErr w:type="spellStart"/>
      <w:r>
        <w:t>impressoras</w:t>
      </w:r>
      <w:proofErr w:type="spellEnd"/>
      <w:r>
        <w:t xml:space="preserve">, </w:t>
      </w:r>
      <w:proofErr w:type="spellStart"/>
      <w:r>
        <w:t>leitores</w:t>
      </w:r>
      <w:proofErr w:type="spellEnd"/>
      <w:r>
        <w:t xml:space="preserve"> de </w:t>
      </w:r>
      <w:proofErr w:type="spellStart"/>
      <w:r>
        <w:t>código</w:t>
      </w:r>
      <w:proofErr w:type="spellEnd"/>
      <w:r>
        <w:t xml:space="preserve"> de barras e </w:t>
      </w:r>
      <w:proofErr w:type="spellStart"/>
      <w:r>
        <w:t>gavetas</w:t>
      </w:r>
      <w:proofErr w:type="spellEnd"/>
      <w:r>
        <w:t xml:space="preserve"> de </w:t>
      </w:r>
      <w:proofErr w:type="spellStart"/>
      <w:r>
        <w:t>dinheiro</w:t>
      </w:r>
      <w:proofErr w:type="spellEnd"/>
      <w:r>
        <w:t>;</w:t>
      </w:r>
      <w:r>
        <w:br/>
      </w:r>
      <w:r>
        <w:br/>
        <w:t xml:space="preserve">    d) </w:t>
      </w:r>
      <w:proofErr w:type="spellStart"/>
      <w:r>
        <w:t>Problemas</w:t>
      </w:r>
      <w:proofErr w:type="spellEnd"/>
      <w:r>
        <w:t xml:space="preserve"> de </w:t>
      </w:r>
      <w:proofErr w:type="spellStart"/>
      <w:r>
        <w:t>infraestrutura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rede, internet </w:t>
      </w:r>
      <w:proofErr w:type="spellStart"/>
      <w:r>
        <w:t>ou</w:t>
      </w:r>
      <w:proofErr w:type="spellEnd"/>
      <w:r>
        <w:t xml:space="preserve"> </w:t>
      </w:r>
      <w:proofErr w:type="spellStart"/>
      <w:r>
        <w:t>servidores</w:t>
      </w:r>
      <w:proofErr w:type="spellEnd"/>
      <w:r>
        <w:t xml:space="preserve"> do CONTRATANTE;</w:t>
      </w:r>
      <w:r>
        <w:br/>
      </w:r>
      <w:r>
        <w:br/>
        <w:t xml:space="preserve">    e) </w:t>
      </w:r>
      <w:proofErr w:type="spellStart"/>
      <w:r>
        <w:t>Capacitação</w:t>
      </w:r>
      <w:proofErr w:type="spellEnd"/>
      <w:r>
        <w:t xml:space="preserve"> dos </w:t>
      </w:r>
      <w:proofErr w:type="spellStart"/>
      <w:r>
        <w:t>usuários</w:t>
      </w:r>
      <w:proofErr w:type="spellEnd"/>
      <w:r>
        <w:t xml:space="preserve"> </w:t>
      </w:r>
      <w:proofErr w:type="spellStart"/>
      <w:r>
        <w:t>responsáveis</w:t>
      </w:r>
      <w:proofErr w:type="spellEnd"/>
      <w:r>
        <w:t xml:space="preserve"> </w:t>
      </w:r>
      <w:proofErr w:type="spellStart"/>
      <w:r>
        <w:t>pelo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</w:t>
      </w:r>
      <w:proofErr w:type="spellStart"/>
      <w:r>
        <w:t>adequado</w:t>
      </w:r>
      <w:proofErr w:type="spellEnd"/>
      <w:r>
        <w:t xml:space="preserve"> do </w:t>
      </w:r>
      <w:proofErr w:type="spellStart"/>
      <w:r>
        <w:t>sistema</w:t>
      </w:r>
      <w:proofErr w:type="spellEnd"/>
      <w:r>
        <w:t>.</w:t>
      </w:r>
      <w:r>
        <w:br/>
      </w:r>
      <w:r>
        <w:br/>
        <w:t xml:space="preserve">6.3. Nenhum </w:t>
      </w:r>
      <w:proofErr w:type="spellStart"/>
      <w:r>
        <w:t>problema</w:t>
      </w:r>
      <w:proofErr w:type="spellEnd"/>
      <w:r>
        <w:t xml:space="preserve"> fora das </w:t>
      </w:r>
      <w:proofErr w:type="spellStart"/>
      <w:r>
        <w:t>responsabilidades</w:t>
      </w:r>
      <w:proofErr w:type="spellEnd"/>
      <w:r>
        <w:t xml:space="preserve"> da CONTRATADA,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falhas</w:t>
      </w:r>
      <w:proofErr w:type="spellEnd"/>
      <w:r>
        <w:t xml:space="preserve"> de TEF </w:t>
      </w:r>
      <w:proofErr w:type="spellStart"/>
      <w:r>
        <w:t>ou</w:t>
      </w:r>
      <w:proofErr w:type="spellEnd"/>
      <w:r>
        <w:t xml:space="preserve"> </w:t>
      </w:r>
      <w:proofErr w:type="spellStart"/>
      <w:r>
        <w:t>demora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transações</w:t>
      </w:r>
      <w:proofErr w:type="spellEnd"/>
      <w:r>
        <w:t xml:space="preserve"> </w:t>
      </w:r>
      <w:proofErr w:type="spellStart"/>
      <w:r>
        <w:t>bancárias</w:t>
      </w:r>
      <w:proofErr w:type="spellEnd"/>
      <w:r>
        <w:t xml:space="preserve">,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aceito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motivo</w:t>
      </w:r>
      <w:proofErr w:type="spellEnd"/>
      <w:r>
        <w:t xml:space="preserve"> de </w:t>
      </w:r>
      <w:proofErr w:type="spellStart"/>
      <w:r>
        <w:t>cancelamento</w:t>
      </w:r>
      <w:proofErr w:type="spellEnd"/>
      <w:r>
        <w:t xml:space="preserve"> do </w:t>
      </w:r>
      <w:proofErr w:type="spellStart"/>
      <w:r>
        <w:t>contrato</w:t>
      </w:r>
      <w:proofErr w:type="spellEnd"/>
      <w:r>
        <w:t xml:space="preserve">. Caso o CONTRATANTE </w:t>
      </w:r>
      <w:proofErr w:type="spellStart"/>
      <w:r>
        <w:t>deseje</w:t>
      </w:r>
      <w:proofErr w:type="spellEnd"/>
      <w:r>
        <w:t xml:space="preserve"> </w:t>
      </w:r>
      <w:proofErr w:type="spellStart"/>
      <w:r>
        <w:t>rescindir</w:t>
      </w:r>
      <w:proofErr w:type="spellEnd"/>
      <w:r>
        <w:t xml:space="preserve"> o </w:t>
      </w:r>
      <w:proofErr w:type="spellStart"/>
      <w:r>
        <w:t>contrato</w:t>
      </w:r>
      <w:proofErr w:type="spellEnd"/>
      <w:r>
        <w:t xml:space="preserve"> antes do </w:t>
      </w:r>
      <w:proofErr w:type="spellStart"/>
      <w:r>
        <w:t>término</w:t>
      </w:r>
      <w:proofErr w:type="spellEnd"/>
      <w:r>
        <w:t xml:space="preserve"> de 12 meses,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exigido</w:t>
      </w:r>
      <w:proofErr w:type="spellEnd"/>
      <w:r>
        <w:t xml:space="preserve"> o </w:t>
      </w:r>
      <w:proofErr w:type="spellStart"/>
      <w:r>
        <w:t>pagamento</w:t>
      </w:r>
      <w:proofErr w:type="spellEnd"/>
      <w:r>
        <w:t xml:space="preserve"> integral das </w:t>
      </w:r>
      <w:proofErr w:type="spellStart"/>
      <w:r>
        <w:t>mensalidades</w:t>
      </w:r>
      <w:proofErr w:type="spellEnd"/>
      <w:r>
        <w:t xml:space="preserve"> </w:t>
      </w:r>
      <w:proofErr w:type="spellStart"/>
      <w:r>
        <w:t>restantes</w:t>
      </w:r>
      <w:proofErr w:type="spellEnd"/>
      <w:r>
        <w:t xml:space="preserve">, </w:t>
      </w:r>
      <w:proofErr w:type="spellStart"/>
      <w:r>
        <w:t>sem</w:t>
      </w:r>
      <w:proofErr w:type="spellEnd"/>
      <w:r>
        <w:t xml:space="preserve"> </w:t>
      </w:r>
      <w:proofErr w:type="spellStart"/>
      <w:r>
        <w:t>devolução</w:t>
      </w:r>
      <w:proofErr w:type="spellEnd"/>
      <w:r>
        <w:t xml:space="preserve"> de </w:t>
      </w:r>
      <w:proofErr w:type="spellStart"/>
      <w:r>
        <w:t>valores</w:t>
      </w:r>
      <w:proofErr w:type="spellEnd"/>
      <w:r>
        <w:t xml:space="preserve">, </w:t>
      </w:r>
      <w:proofErr w:type="spellStart"/>
      <w:r>
        <w:t>considerando</w:t>
      </w:r>
      <w:proofErr w:type="spellEnd"/>
      <w:r>
        <w:t xml:space="preserve"> que </w:t>
      </w:r>
      <w:proofErr w:type="spellStart"/>
      <w:r>
        <w:t>o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é </w:t>
      </w:r>
      <w:proofErr w:type="spellStart"/>
      <w:r>
        <w:t>firmado</w:t>
      </w:r>
      <w:proofErr w:type="spellEnd"/>
      <w:r>
        <w:t xml:space="preserve"> para </w:t>
      </w:r>
      <w:proofErr w:type="spellStart"/>
      <w:r>
        <w:t>cobrir</w:t>
      </w:r>
      <w:proofErr w:type="spellEnd"/>
      <w:r>
        <w:t xml:space="preserve"> custos de </w:t>
      </w:r>
      <w:proofErr w:type="spellStart"/>
      <w:r>
        <w:t>licenças</w:t>
      </w:r>
      <w:proofErr w:type="spellEnd"/>
      <w:r>
        <w:t xml:space="preserve">, </w:t>
      </w:r>
      <w:proofErr w:type="spellStart"/>
      <w:r>
        <w:t>infraestrutura</w:t>
      </w:r>
      <w:proofErr w:type="spellEnd"/>
      <w:r>
        <w:t xml:space="preserve"> e equipe.</w:t>
      </w:r>
    </w:p>
    <w:p w14:paraId="3B89CE3D" w14:textId="77777777" w:rsidR="00404337" w:rsidRPr="006644E0" w:rsidRDefault="00404337" w:rsidP="00404337">
      <w:pPr>
        <w:rPr>
          <w:b/>
          <w:bCs/>
          <w:lang w:val="pt-BR"/>
        </w:rPr>
      </w:pPr>
      <w:r w:rsidRPr="006644E0">
        <w:rPr>
          <w:b/>
          <w:bCs/>
          <w:lang w:val="pt-BR"/>
        </w:rPr>
        <w:t>CLÁUSULA SEXTA - CANCELAMENTO, MULTAS E RENOVAÇÃO AUTOMÁTICA</w:t>
      </w:r>
      <w:r w:rsidRPr="006644E0">
        <w:rPr>
          <w:b/>
          <w:bCs/>
          <w:lang w:val="pt-BR"/>
        </w:rPr>
        <w:br/>
      </w:r>
      <w:r w:rsidRPr="006644E0">
        <w:rPr>
          <w:lang w:val="pt-BR"/>
        </w:rPr>
        <w:t>6.1. O presente contrato tem duração mínima de 12 (doze) meses, não podendo ser rescindido antes desse período pelo CONTRATANTE.</w:t>
      </w:r>
    </w:p>
    <w:p w14:paraId="30B9CBFC" w14:textId="77777777" w:rsidR="00404337" w:rsidRPr="006644E0" w:rsidRDefault="00404337" w:rsidP="00404337">
      <w:pPr>
        <w:rPr>
          <w:lang w:val="pt-BR"/>
        </w:rPr>
      </w:pPr>
      <w:r w:rsidRPr="006644E0">
        <w:rPr>
          <w:lang w:val="pt-BR"/>
        </w:rPr>
        <w:t>6.2. Caso o CONTRATANTE solicite o cancelamento antes do término dos 12 meses, será obrigatório o pagamento de todas as parcelas em aberto até o final do período contratado como objeto de multa contratual.</w:t>
      </w:r>
    </w:p>
    <w:p w14:paraId="62D34382" w14:textId="77777777" w:rsidR="00404337" w:rsidRPr="006644E0" w:rsidRDefault="00404337" w:rsidP="00404337">
      <w:pPr>
        <w:rPr>
          <w:lang w:val="pt-BR"/>
        </w:rPr>
      </w:pPr>
      <w:r w:rsidRPr="006644E0">
        <w:rPr>
          <w:lang w:val="pt-BR"/>
        </w:rPr>
        <w:t>6.3. Após o período inicial de 12 meses, caso o CONTRATANTE não solicite formalmente o cancelamento com pelo menos 30 (trinta) dias de antecedência ao término do período</w:t>
      </w:r>
      <w:r w:rsidRPr="006644E0">
        <w:rPr>
          <w:lang w:val="pt-BR"/>
        </w:rPr>
        <w:br/>
      </w:r>
      <w:r w:rsidRPr="006644E0">
        <w:rPr>
          <w:lang w:val="pt-BR"/>
        </w:rPr>
        <w:lastRenderedPageBreak/>
        <w:t>vigente, o contrato será automaticamente renovado por mais 12 (doze) meses, tornando-se válido por esse novo período.</w:t>
      </w:r>
    </w:p>
    <w:p w14:paraId="0D290B58" w14:textId="43C8F6C3" w:rsidR="00FB3554" w:rsidRDefault="00404337" w:rsidP="00404337">
      <w:r w:rsidRPr="006644E0">
        <w:rPr>
          <w:lang w:val="pt-BR"/>
        </w:rPr>
        <w:t>6.4. Mesmo após o pagamento da multa rescisória ou encerramento do contrato dentro do prazo acordado, a CONTRATADA terá o prazo de até 30 (trinta) dias para realizar a desvinculação e cancelamento de todas as licenças e acessos do sistema.</w:t>
      </w:r>
    </w:p>
    <w:p w14:paraId="1F7FEBA8" w14:textId="77777777" w:rsidR="008F4635" w:rsidRPr="008F4635" w:rsidRDefault="008F4635" w:rsidP="008F4635">
      <w:pPr>
        <w:pStyle w:val="Ttulo2"/>
        <w:rPr>
          <w:rFonts w:asciiTheme="minorHAnsi" w:hAnsiTheme="minorHAnsi" w:cstheme="majorHAnsi"/>
          <w:color w:val="auto"/>
        </w:rPr>
      </w:pPr>
      <w:r w:rsidRPr="008F4635">
        <w:rPr>
          <w:rFonts w:asciiTheme="minorHAnsi" w:hAnsiTheme="minorHAnsi" w:cstheme="majorHAnsi"/>
          <w:color w:val="auto"/>
        </w:rPr>
        <w:t>CLÁUSULA SÉTIMA - INADIMPLÊNCIA E COBRANÇA JUDICIAL</w:t>
      </w:r>
    </w:p>
    <w:p w14:paraId="5217280B" w14:textId="0FAF728E" w:rsidR="008F4635" w:rsidRDefault="008F4635" w:rsidP="008F4635">
      <w:r>
        <w:t xml:space="preserve">Caso o CONTRATANTE </w:t>
      </w:r>
      <w:proofErr w:type="spellStart"/>
      <w:r>
        <w:t>rescinda</w:t>
      </w:r>
      <w:proofErr w:type="spellEnd"/>
      <w:r>
        <w:t xml:space="preserve"> o </w:t>
      </w:r>
      <w:proofErr w:type="spellStart"/>
      <w:r>
        <w:t>contrato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o </w:t>
      </w:r>
      <w:proofErr w:type="spellStart"/>
      <w:r>
        <w:t>pagamento</w:t>
      </w:r>
      <w:proofErr w:type="spellEnd"/>
      <w:r>
        <w:t xml:space="preserve"> das </w:t>
      </w:r>
      <w:proofErr w:type="spellStart"/>
      <w:r>
        <w:t>mensalidades</w:t>
      </w:r>
      <w:proofErr w:type="spellEnd"/>
      <w:r>
        <w:t xml:space="preserve"> </w:t>
      </w:r>
      <w:proofErr w:type="spellStart"/>
      <w:r>
        <w:t>devidas</w:t>
      </w:r>
      <w:proofErr w:type="spellEnd"/>
      <w:r>
        <w:t xml:space="preserve">, o CNPJ do CONTRATANTE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negativado</w:t>
      </w:r>
      <w:proofErr w:type="spellEnd"/>
      <w:r>
        <w:t xml:space="preserve"> e a </w:t>
      </w:r>
      <w:proofErr w:type="spellStart"/>
      <w:r>
        <w:t>cobrança</w:t>
      </w:r>
      <w:proofErr w:type="spellEnd"/>
      <w:r>
        <w:t xml:space="preserve"> do </w:t>
      </w:r>
      <w:proofErr w:type="spellStart"/>
      <w:r>
        <w:t>débito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ajuizada</w:t>
      </w:r>
      <w:proofErr w:type="spellEnd"/>
      <w:r>
        <w:t xml:space="preserve">, </w:t>
      </w:r>
      <w:proofErr w:type="spellStart"/>
      <w:r>
        <w:t>conforme</w:t>
      </w:r>
      <w:proofErr w:type="spellEnd"/>
      <w:r>
        <w:t xml:space="preserve"> </w:t>
      </w:r>
      <w:proofErr w:type="spellStart"/>
      <w:r>
        <w:t>legislação</w:t>
      </w:r>
      <w:proofErr w:type="spellEnd"/>
      <w:r>
        <w:t xml:space="preserve"> </w:t>
      </w:r>
      <w:proofErr w:type="spellStart"/>
      <w:r>
        <w:t>vigente</w:t>
      </w:r>
      <w:proofErr w:type="spellEnd"/>
      <w:r>
        <w:t xml:space="preserve">. </w:t>
      </w:r>
      <w:r>
        <w:br/>
        <w:t xml:space="preserve">O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é </w:t>
      </w:r>
      <w:proofErr w:type="spellStart"/>
      <w:r>
        <w:t>válido</w:t>
      </w:r>
      <w:proofErr w:type="spellEnd"/>
      <w:r>
        <w:t xml:space="preserve"> e </w:t>
      </w:r>
      <w:proofErr w:type="spellStart"/>
      <w:r>
        <w:t>exigível</w:t>
      </w:r>
      <w:proofErr w:type="spellEnd"/>
      <w:r>
        <w:t xml:space="preserve"> para fins de </w:t>
      </w:r>
      <w:proofErr w:type="spellStart"/>
      <w:r>
        <w:t>cobrança</w:t>
      </w:r>
      <w:proofErr w:type="spellEnd"/>
      <w:r>
        <w:t xml:space="preserve"> judicial e </w:t>
      </w:r>
      <w:proofErr w:type="spellStart"/>
      <w:r>
        <w:t>execução</w:t>
      </w:r>
      <w:proofErr w:type="spellEnd"/>
      <w:r>
        <w:t xml:space="preserve"> de </w:t>
      </w:r>
      <w:proofErr w:type="spellStart"/>
      <w:r>
        <w:t>dívida</w:t>
      </w:r>
      <w:proofErr w:type="spellEnd"/>
      <w:r>
        <w:t>.</w:t>
      </w:r>
    </w:p>
    <w:p w14:paraId="2B96FDF2" w14:textId="574EC7E6" w:rsidR="00FB3554" w:rsidRDefault="00FB3554" w:rsidP="008F4635">
      <w:r>
        <w:rPr>
          <w:b/>
          <w:bCs/>
        </w:rPr>
        <w:br/>
      </w:r>
      <w:r w:rsidR="00501BEE" w:rsidRPr="00B52543">
        <w:rPr>
          <w:b/>
          <w:bCs/>
        </w:rPr>
        <w:t>CLÁUSULA ADICIONAL - INADIMPLÊNCIA E COBRANÇA JUDICIAL</w:t>
      </w:r>
      <w:r w:rsidR="00501BEE" w:rsidRPr="00B52543">
        <w:rPr>
          <w:b/>
          <w:bCs/>
        </w:rPr>
        <w:br/>
      </w:r>
      <w:r w:rsidR="00501BEE" w:rsidRPr="00501BEE">
        <w:t xml:space="preserve">Caso o CONTRATANTE </w:t>
      </w:r>
      <w:proofErr w:type="spellStart"/>
      <w:r w:rsidR="00501BEE" w:rsidRPr="00501BEE">
        <w:t>rescinda</w:t>
      </w:r>
      <w:proofErr w:type="spellEnd"/>
      <w:r w:rsidR="00501BEE" w:rsidRPr="00501BEE">
        <w:t xml:space="preserve"> o </w:t>
      </w:r>
      <w:proofErr w:type="spellStart"/>
      <w:r w:rsidR="00501BEE" w:rsidRPr="00501BEE">
        <w:t>contrato</w:t>
      </w:r>
      <w:proofErr w:type="spellEnd"/>
      <w:r w:rsidR="00501BEE" w:rsidRPr="00501BEE">
        <w:t xml:space="preserve"> </w:t>
      </w:r>
      <w:proofErr w:type="spellStart"/>
      <w:r w:rsidR="00501BEE" w:rsidRPr="00501BEE">
        <w:t>sem</w:t>
      </w:r>
      <w:proofErr w:type="spellEnd"/>
      <w:r w:rsidR="00501BEE" w:rsidRPr="00501BEE">
        <w:t xml:space="preserve"> o </w:t>
      </w:r>
      <w:proofErr w:type="spellStart"/>
      <w:r w:rsidR="00501BEE" w:rsidRPr="00501BEE">
        <w:t>pagamento</w:t>
      </w:r>
      <w:proofErr w:type="spellEnd"/>
      <w:r w:rsidR="00501BEE" w:rsidRPr="00501BEE">
        <w:t xml:space="preserve"> das </w:t>
      </w:r>
      <w:proofErr w:type="spellStart"/>
      <w:r w:rsidR="00501BEE" w:rsidRPr="00501BEE">
        <w:t>mensalidades</w:t>
      </w:r>
      <w:proofErr w:type="spellEnd"/>
      <w:r w:rsidR="00501BEE" w:rsidRPr="00501BEE">
        <w:t xml:space="preserve"> </w:t>
      </w:r>
      <w:proofErr w:type="spellStart"/>
      <w:r w:rsidR="00501BEE" w:rsidRPr="00501BEE">
        <w:t>devidas</w:t>
      </w:r>
      <w:proofErr w:type="spellEnd"/>
      <w:r w:rsidR="00501BEE" w:rsidRPr="00501BEE">
        <w:t xml:space="preserve">, o CNPJ do CONTRATANTE </w:t>
      </w:r>
      <w:proofErr w:type="spellStart"/>
      <w:r w:rsidR="00501BEE" w:rsidRPr="00501BEE">
        <w:t>será</w:t>
      </w:r>
      <w:proofErr w:type="spellEnd"/>
      <w:r w:rsidR="00501BEE" w:rsidRPr="00501BEE">
        <w:t xml:space="preserve"> </w:t>
      </w:r>
      <w:proofErr w:type="spellStart"/>
      <w:r w:rsidR="00501BEE" w:rsidRPr="00501BEE">
        <w:t>negativado</w:t>
      </w:r>
      <w:proofErr w:type="spellEnd"/>
      <w:r w:rsidR="00501BEE" w:rsidRPr="00501BEE">
        <w:t xml:space="preserve"> e a </w:t>
      </w:r>
      <w:proofErr w:type="spellStart"/>
      <w:r w:rsidR="00501BEE" w:rsidRPr="00501BEE">
        <w:t>cobrança</w:t>
      </w:r>
      <w:proofErr w:type="spellEnd"/>
      <w:r w:rsidR="00501BEE" w:rsidRPr="00501BEE">
        <w:t xml:space="preserve"> do </w:t>
      </w:r>
      <w:proofErr w:type="spellStart"/>
      <w:r w:rsidR="00501BEE" w:rsidRPr="00501BEE">
        <w:t>débito</w:t>
      </w:r>
      <w:proofErr w:type="spellEnd"/>
      <w:r w:rsidR="00501BEE" w:rsidRPr="00501BEE">
        <w:t xml:space="preserve"> </w:t>
      </w:r>
      <w:proofErr w:type="spellStart"/>
      <w:r w:rsidR="00501BEE" w:rsidRPr="00501BEE">
        <w:t>será</w:t>
      </w:r>
      <w:proofErr w:type="spellEnd"/>
      <w:r w:rsidR="00501BEE" w:rsidRPr="00501BEE">
        <w:t xml:space="preserve"> </w:t>
      </w:r>
      <w:proofErr w:type="spellStart"/>
      <w:r w:rsidR="00501BEE" w:rsidRPr="00501BEE">
        <w:t>ajuizada</w:t>
      </w:r>
      <w:proofErr w:type="spellEnd"/>
      <w:r w:rsidR="00501BEE" w:rsidRPr="00501BEE">
        <w:t>.</w:t>
      </w:r>
      <w:r w:rsidR="00D1769F">
        <w:br/>
      </w:r>
    </w:p>
    <w:p w14:paraId="6BD87234" w14:textId="77777777" w:rsidR="00501BEE" w:rsidRDefault="00501BEE" w:rsidP="00501BEE">
      <w:pPr>
        <w:jc w:val="both"/>
      </w:pPr>
    </w:p>
    <w:p w14:paraId="0C57C870" w14:textId="6D0CEA9A" w:rsidR="00501BEE" w:rsidRPr="00404337" w:rsidRDefault="00D1769F" w:rsidP="00501BEE">
      <w:pPr>
        <w:rPr>
          <w:sz w:val="24"/>
          <w:szCs w:val="24"/>
        </w:rPr>
      </w:pPr>
      <w:r w:rsidRPr="00404337">
        <w:rPr>
          <w:b/>
          <w:bCs/>
          <w:sz w:val="24"/>
          <w:szCs w:val="24"/>
        </w:rPr>
        <w:t xml:space="preserve">PEIXOTO DE AZEVEDO, MATO GROSSO-BRASIL, </w:t>
      </w:r>
      <w:r w:rsidR="00EA3E0B">
        <w:rPr>
          <w:b/>
          <w:bCs/>
          <w:sz w:val="24"/>
          <w:szCs w:val="24"/>
        </w:rPr>
        <w:t>01</w:t>
      </w:r>
      <w:r w:rsidR="000A01D8">
        <w:rPr>
          <w:b/>
          <w:bCs/>
          <w:sz w:val="24"/>
          <w:szCs w:val="24"/>
        </w:rPr>
        <w:t xml:space="preserve"> DE</w:t>
      </w:r>
      <w:r w:rsidR="00814682">
        <w:rPr>
          <w:b/>
          <w:bCs/>
          <w:sz w:val="24"/>
          <w:szCs w:val="24"/>
        </w:rPr>
        <w:t xml:space="preserve"> JU</w:t>
      </w:r>
      <w:r w:rsidR="00EA3E0B">
        <w:rPr>
          <w:b/>
          <w:bCs/>
          <w:sz w:val="24"/>
          <w:szCs w:val="24"/>
        </w:rPr>
        <w:t>LH</w:t>
      </w:r>
      <w:r w:rsidR="00814682">
        <w:rPr>
          <w:b/>
          <w:bCs/>
          <w:sz w:val="24"/>
          <w:szCs w:val="24"/>
        </w:rPr>
        <w:t>O</w:t>
      </w:r>
      <w:r w:rsidRPr="00404337">
        <w:rPr>
          <w:b/>
          <w:bCs/>
          <w:sz w:val="24"/>
          <w:szCs w:val="24"/>
        </w:rPr>
        <w:t xml:space="preserve"> DE 2025</w:t>
      </w:r>
      <w:r w:rsidRPr="00404337">
        <w:rPr>
          <w:b/>
          <w:bCs/>
          <w:sz w:val="24"/>
          <w:szCs w:val="24"/>
        </w:rPr>
        <w:br/>
      </w:r>
      <w:r w:rsidRPr="00404337">
        <w:rPr>
          <w:b/>
          <w:bCs/>
          <w:sz w:val="24"/>
          <w:szCs w:val="24"/>
        </w:rPr>
        <w:br/>
      </w:r>
      <w:r w:rsidRPr="00404337">
        <w:rPr>
          <w:sz w:val="24"/>
          <w:szCs w:val="24"/>
        </w:rPr>
        <w:br/>
      </w:r>
    </w:p>
    <w:p w14:paraId="1EB12D15" w14:textId="77777777" w:rsidR="00501BEE" w:rsidRDefault="00501BEE" w:rsidP="00501BEE">
      <w:pPr>
        <w:pBdr>
          <w:bottom w:val="single" w:sz="12" w:space="1" w:color="auto"/>
        </w:pBdr>
        <w:jc w:val="both"/>
      </w:pPr>
    </w:p>
    <w:p w14:paraId="0E1B418B" w14:textId="77777777" w:rsidR="00501BEE" w:rsidRDefault="00501BEE" w:rsidP="00501BEE">
      <w:pPr>
        <w:pBdr>
          <w:bottom w:val="single" w:sz="12" w:space="1" w:color="auto"/>
        </w:pBdr>
        <w:jc w:val="both"/>
      </w:pPr>
    </w:p>
    <w:p w14:paraId="46AE2CD7" w14:textId="77777777" w:rsidR="00501BEE" w:rsidRDefault="00501BEE" w:rsidP="00501BEE">
      <w:pPr>
        <w:pBdr>
          <w:bottom w:val="single" w:sz="12" w:space="1" w:color="auto"/>
        </w:pBdr>
        <w:jc w:val="both"/>
      </w:pPr>
    </w:p>
    <w:p w14:paraId="22FB088D" w14:textId="3C0580BF" w:rsidR="00501BEE" w:rsidRDefault="00501BEE" w:rsidP="00501BEE">
      <w:r w:rsidRPr="00501BEE">
        <w:rPr>
          <w:b/>
          <w:bCs/>
        </w:rPr>
        <w:t>WILLIAN RESPLANDES MATIAS - SOFTJAVA SISTEMAS</w:t>
      </w:r>
      <w:r>
        <w:br/>
        <w:t xml:space="preserve">Willian </w:t>
      </w:r>
      <w:proofErr w:type="spellStart"/>
      <w:r>
        <w:t>Resplandes</w:t>
      </w:r>
      <w:proofErr w:type="spellEnd"/>
      <w:r>
        <w:t xml:space="preserve"> Matias</w:t>
      </w:r>
      <w:r>
        <w:br/>
      </w:r>
      <w:r w:rsidR="004464F7">
        <w:t xml:space="preserve">CPF: </w:t>
      </w:r>
      <w:r>
        <w:t>039.432.791-89</w:t>
      </w:r>
    </w:p>
    <w:p w14:paraId="1383D7E7" w14:textId="77777777" w:rsidR="00501BEE" w:rsidRDefault="00501BEE" w:rsidP="00501BEE"/>
    <w:p w14:paraId="43FE61C1" w14:textId="77777777" w:rsidR="00501BEE" w:rsidRDefault="00501BEE" w:rsidP="00501BEE">
      <w:pPr>
        <w:pBdr>
          <w:bottom w:val="single" w:sz="12" w:space="1" w:color="auto"/>
        </w:pBdr>
        <w:jc w:val="both"/>
      </w:pPr>
    </w:p>
    <w:p w14:paraId="5AD3A8FB" w14:textId="682FD1E7" w:rsidR="00C935F6" w:rsidRPr="00EB28D8" w:rsidRDefault="00EA3E0B" w:rsidP="008F4635">
      <w:r w:rsidRPr="00EA3E0B">
        <w:rPr>
          <w:b/>
          <w:bCs/>
        </w:rPr>
        <w:t>FABRICA DE SALGADOS SABOR &amp; ART LTDA</w:t>
      </w:r>
      <w:r w:rsidR="00AE7549">
        <w:rPr>
          <w:b/>
          <w:bCs/>
        </w:rPr>
        <w:br/>
      </w:r>
      <w:r w:rsidR="008D3D5D">
        <w:t>(</w:t>
      </w:r>
      <w:r>
        <w:t>Sabor &amp; Arte</w:t>
      </w:r>
      <w:r w:rsidR="008D3D5D">
        <w:t>)</w:t>
      </w:r>
      <w:r w:rsidR="009465E3" w:rsidRPr="003B459D">
        <w:br/>
      </w:r>
      <w:r w:rsidR="004464F7" w:rsidRPr="00814682">
        <w:t>C</w:t>
      </w:r>
      <w:r w:rsidR="00DA28B2" w:rsidRPr="00814682">
        <w:t>NPJ</w:t>
      </w:r>
      <w:r w:rsidR="004464F7" w:rsidRPr="00814682">
        <w:t xml:space="preserve">: </w:t>
      </w:r>
      <w:r w:rsidR="00814682" w:rsidRPr="00814682">
        <w:t>29.525.442/0001-33</w:t>
      </w:r>
      <w:r w:rsidR="001A5371" w:rsidRPr="00C52424">
        <w:br/>
      </w:r>
      <w:r w:rsidR="00A50AD4">
        <w:br/>
      </w:r>
      <w:r w:rsidR="008F4635" w:rsidRPr="00A50AD4">
        <w:rPr>
          <w:sz w:val="28"/>
          <w:szCs w:val="28"/>
        </w:rPr>
        <w:lastRenderedPageBreak/>
        <w:br/>
      </w:r>
      <w:r w:rsidR="00DA28B2" w:rsidRPr="008F4635">
        <w:rPr>
          <w:b/>
          <w:bCs/>
          <w:sz w:val="40"/>
          <w:szCs w:val="40"/>
        </w:rPr>
        <w:t>TERMO DE CONFISSÃO DE DÍVIDA</w:t>
      </w:r>
    </w:p>
    <w:p w14:paraId="54B9DB33" w14:textId="4A4A1B65" w:rsidR="008A7A4A" w:rsidRPr="00206709" w:rsidRDefault="00000000" w:rsidP="00A50AD4">
      <w:pPr>
        <w:jc w:val="both"/>
        <w:rPr>
          <w:b/>
          <w:bCs/>
          <w:sz w:val="28"/>
          <w:szCs w:val="28"/>
        </w:rPr>
      </w:pPr>
      <w:r>
        <w:br/>
      </w:r>
      <w:r w:rsidRPr="008F4635">
        <w:rPr>
          <w:sz w:val="28"/>
          <w:szCs w:val="28"/>
        </w:rPr>
        <w:t>Eu</w:t>
      </w:r>
      <w:r w:rsidRPr="007515C9">
        <w:rPr>
          <w:sz w:val="28"/>
          <w:szCs w:val="28"/>
        </w:rPr>
        <w:t xml:space="preserve">, </w:t>
      </w:r>
      <w:r w:rsidR="00814682" w:rsidRPr="00814682">
        <w:rPr>
          <w:b/>
          <w:bCs/>
          <w:sz w:val="28"/>
          <w:szCs w:val="28"/>
        </w:rPr>
        <w:t>FARINHA LIDERANCA LTDA</w:t>
      </w:r>
      <w:r w:rsidR="00814682">
        <w:rPr>
          <w:b/>
          <w:bCs/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inscrito</w:t>
      </w:r>
      <w:proofErr w:type="spellEnd"/>
      <w:r w:rsidRPr="008F4635">
        <w:rPr>
          <w:sz w:val="28"/>
          <w:szCs w:val="28"/>
        </w:rPr>
        <w:t xml:space="preserve"> no CPF/CNPJ sob </w:t>
      </w:r>
      <w:proofErr w:type="spellStart"/>
      <w:r w:rsidRPr="008F4635">
        <w:rPr>
          <w:sz w:val="28"/>
          <w:szCs w:val="28"/>
        </w:rPr>
        <w:t>o n</w:t>
      </w:r>
      <w:proofErr w:type="spellEnd"/>
      <w:r w:rsidRPr="008F4635">
        <w:rPr>
          <w:sz w:val="28"/>
          <w:szCs w:val="28"/>
        </w:rPr>
        <w:t xml:space="preserve">º </w:t>
      </w:r>
      <w:r w:rsidR="00814682" w:rsidRPr="00814682">
        <w:rPr>
          <w:b/>
          <w:bCs/>
          <w:sz w:val="28"/>
          <w:szCs w:val="28"/>
        </w:rPr>
        <w:t>29.525.442/0001-33</w:t>
      </w:r>
      <w:r w:rsidRPr="008F4635">
        <w:rPr>
          <w:sz w:val="28"/>
          <w:szCs w:val="28"/>
        </w:rPr>
        <w:t xml:space="preserve">, </w:t>
      </w:r>
      <w:proofErr w:type="spellStart"/>
      <w:r w:rsidRPr="008F4635">
        <w:rPr>
          <w:sz w:val="28"/>
          <w:szCs w:val="28"/>
        </w:rPr>
        <w:t>residente</w:t>
      </w:r>
      <w:proofErr w:type="spellEnd"/>
      <w:r w:rsidRPr="008F4635">
        <w:rPr>
          <w:sz w:val="28"/>
          <w:szCs w:val="28"/>
        </w:rPr>
        <w:t>/</w:t>
      </w:r>
      <w:proofErr w:type="spellStart"/>
      <w:r w:rsidRPr="008F4635">
        <w:rPr>
          <w:sz w:val="28"/>
          <w:szCs w:val="28"/>
        </w:rPr>
        <w:t>sediado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31DA">
        <w:rPr>
          <w:sz w:val="28"/>
          <w:szCs w:val="28"/>
        </w:rPr>
        <w:t>em</w:t>
      </w:r>
      <w:proofErr w:type="spellEnd"/>
      <w:r w:rsidR="00814682">
        <w:rPr>
          <w:sz w:val="28"/>
          <w:szCs w:val="28"/>
        </w:rPr>
        <w:t xml:space="preserve"> </w:t>
      </w:r>
      <w:r w:rsidR="00814682" w:rsidRPr="00814682">
        <w:rPr>
          <w:b/>
          <w:bCs/>
          <w:sz w:val="28"/>
          <w:szCs w:val="28"/>
        </w:rPr>
        <w:t>R NC 8, QUADRA 11, LOTE 01, C/ RUA NC 12</w:t>
      </w:r>
      <w:r w:rsidR="00A21FD7" w:rsidRPr="00A21FD7">
        <w:rPr>
          <w:b/>
          <w:bCs/>
          <w:sz w:val="28"/>
          <w:szCs w:val="28"/>
        </w:rPr>
        <w:t xml:space="preserve">, </w:t>
      </w:r>
      <w:r w:rsidR="00814682">
        <w:rPr>
          <w:b/>
          <w:bCs/>
          <w:sz w:val="28"/>
          <w:szCs w:val="28"/>
        </w:rPr>
        <w:t>S/N</w:t>
      </w:r>
      <w:r w:rsidR="00D577CE" w:rsidRPr="00845CEC">
        <w:rPr>
          <w:b/>
          <w:bCs/>
          <w:sz w:val="28"/>
          <w:szCs w:val="28"/>
        </w:rPr>
        <w:t>,</w:t>
      </w:r>
      <w:r w:rsidR="00D577CE">
        <w:rPr>
          <w:b/>
          <w:bCs/>
          <w:sz w:val="28"/>
          <w:szCs w:val="28"/>
        </w:rPr>
        <w:t xml:space="preserve"> BAIRRO</w:t>
      </w:r>
      <w:r w:rsidR="00EE6DDA">
        <w:rPr>
          <w:b/>
          <w:bCs/>
          <w:sz w:val="28"/>
          <w:szCs w:val="28"/>
        </w:rPr>
        <w:t xml:space="preserve"> </w:t>
      </w:r>
      <w:r w:rsidR="00814682" w:rsidRPr="00814682">
        <w:rPr>
          <w:b/>
          <w:bCs/>
          <w:sz w:val="28"/>
          <w:szCs w:val="28"/>
        </w:rPr>
        <w:t>SETOR VALE DO SOL (TAQUARALTO)</w:t>
      </w:r>
      <w:r w:rsidR="00D577CE">
        <w:rPr>
          <w:b/>
          <w:bCs/>
          <w:sz w:val="28"/>
          <w:szCs w:val="28"/>
        </w:rPr>
        <w:t xml:space="preserve">, </w:t>
      </w:r>
      <w:r w:rsidR="00903CAF" w:rsidRPr="00903CAF">
        <w:rPr>
          <w:b/>
          <w:bCs/>
          <w:sz w:val="28"/>
          <w:szCs w:val="28"/>
        </w:rPr>
        <w:t>P</w:t>
      </w:r>
      <w:r w:rsidR="00814682">
        <w:rPr>
          <w:b/>
          <w:bCs/>
          <w:sz w:val="28"/>
          <w:szCs w:val="28"/>
        </w:rPr>
        <w:t>ALMAS</w:t>
      </w:r>
      <w:r w:rsidR="00423D9E">
        <w:rPr>
          <w:b/>
          <w:bCs/>
          <w:sz w:val="28"/>
          <w:szCs w:val="28"/>
        </w:rPr>
        <w:t xml:space="preserve">, </w:t>
      </w:r>
      <w:r w:rsidR="0000465A">
        <w:rPr>
          <w:b/>
          <w:bCs/>
          <w:sz w:val="28"/>
          <w:szCs w:val="28"/>
        </w:rPr>
        <w:t>TOCANTINS</w:t>
      </w:r>
      <w:r w:rsidR="009037DF">
        <w:rPr>
          <w:b/>
          <w:bCs/>
          <w:sz w:val="28"/>
          <w:szCs w:val="28"/>
        </w:rPr>
        <w:t>, BRASIL.</w:t>
      </w:r>
      <w:r w:rsidR="00D577CE">
        <w:rPr>
          <w:b/>
          <w:bCs/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reconheço</w:t>
      </w:r>
      <w:proofErr w:type="spellEnd"/>
      <w:r w:rsidRPr="008F4635">
        <w:rPr>
          <w:sz w:val="28"/>
          <w:szCs w:val="28"/>
        </w:rPr>
        <w:t xml:space="preserve"> e </w:t>
      </w:r>
      <w:proofErr w:type="spellStart"/>
      <w:r w:rsidRPr="008F4635">
        <w:rPr>
          <w:sz w:val="28"/>
          <w:szCs w:val="28"/>
        </w:rPr>
        <w:t>confesso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como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líquida</w:t>
      </w:r>
      <w:proofErr w:type="spellEnd"/>
      <w:r w:rsidRPr="008F4635">
        <w:rPr>
          <w:sz w:val="28"/>
          <w:szCs w:val="28"/>
        </w:rPr>
        <w:t xml:space="preserve">, </w:t>
      </w:r>
      <w:proofErr w:type="spellStart"/>
      <w:r w:rsidRPr="008F4635">
        <w:rPr>
          <w:sz w:val="28"/>
          <w:szCs w:val="28"/>
        </w:rPr>
        <w:t>certa</w:t>
      </w:r>
      <w:proofErr w:type="spellEnd"/>
      <w:r w:rsidRPr="008F4635">
        <w:rPr>
          <w:sz w:val="28"/>
          <w:szCs w:val="28"/>
        </w:rPr>
        <w:t xml:space="preserve"> e </w:t>
      </w:r>
      <w:proofErr w:type="spellStart"/>
      <w:r w:rsidRPr="008F4635">
        <w:rPr>
          <w:sz w:val="28"/>
          <w:szCs w:val="28"/>
        </w:rPr>
        <w:t>exigível</w:t>
      </w:r>
      <w:proofErr w:type="spellEnd"/>
      <w:r w:rsidRPr="008F4635">
        <w:rPr>
          <w:sz w:val="28"/>
          <w:szCs w:val="28"/>
        </w:rPr>
        <w:t xml:space="preserve"> a </w:t>
      </w:r>
      <w:proofErr w:type="spellStart"/>
      <w:r w:rsidRPr="008F4635">
        <w:rPr>
          <w:sz w:val="28"/>
          <w:szCs w:val="28"/>
        </w:rPr>
        <w:t>dívida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perante</w:t>
      </w:r>
      <w:proofErr w:type="spellEnd"/>
      <w:r w:rsidRPr="008F4635">
        <w:rPr>
          <w:sz w:val="28"/>
          <w:szCs w:val="28"/>
        </w:rPr>
        <w:t xml:space="preserve"> a </w:t>
      </w:r>
      <w:r w:rsidRPr="008F4635">
        <w:rPr>
          <w:b/>
          <w:bCs/>
          <w:sz w:val="28"/>
          <w:szCs w:val="28"/>
        </w:rPr>
        <w:t>SOFTJAVA SISTEMA</w:t>
      </w:r>
      <w:r w:rsidRPr="008F4635">
        <w:rPr>
          <w:sz w:val="28"/>
          <w:szCs w:val="28"/>
        </w:rPr>
        <w:t xml:space="preserve">, </w:t>
      </w:r>
      <w:proofErr w:type="spellStart"/>
      <w:r w:rsidRPr="008F4635">
        <w:rPr>
          <w:sz w:val="28"/>
          <w:szCs w:val="28"/>
        </w:rPr>
        <w:t>inscrita</w:t>
      </w:r>
      <w:proofErr w:type="spellEnd"/>
      <w:r w:rsidRPr="008F4635">
        <w:rPr>
          <w:sz w:val="28"/>
          <w:szCs w:val="28"/>
        </w:rPr>
        <w:t xml:space="preserve"> no CNPJ sob </w:t>
      </w:r>
      <w:proofErr w:type="spellStart"/>
      <w:r w:rsidRPr="008F4635">
        <w:rPr>
          <w:sz w:val="28"/>
          <w:szCs w:val="28"/>
        </w:rPr>
        <w:t>o</w:t>
      </w:r>
      <w:r w:rsidR="00ED3C2B">
        <w:rPr>
          <w:sz w:val="28"/>
          <w:szCs w:val="28"/>
        </w:rPr>
        <w:t xml:space="preserve"> </w:t>
      </w:r>
      <w:r w:rsidRPr="008F4635">
        <w:rPr>
          <w:sz w:val="28"/>
          <w:szCs w:val="28"/>
        </w:rPr>
        <w:t>n</w:t>
      </w:r>
      <w:proofErr w:type="spellEnd"/>
      <w:r w:rsidRPr="008F4635">
        <w:rPr>
          <w:sz w:val="28"/>
          <w:szCs w:val="28"/>
        </w:rPr>
        <w:t xml:space="preserve">º </w:t>
      </w:r>
      <w:r w:rsidRPr="008F4635">
        <w:rPr>
          <w:b/>
          <w:bCs/>
          <w:sz w:val="28"/>
          <w:szCs w:val="28"/>
        </w:rPr>
        <w:t>26.957.858/0001-32</w:t>
      </w:r>
      <w:r w:rsidR="00D1769F">
        <w:rPr>
          <w:b/>
          <w:bCs/>
          <w:sz w:val="28"/>
          <w:szCs w:val="28"/>
        </w:rPr>
        <w:t>,</w:t>
      </w:r>
      <w:r w:rsidR="00D1769F" w:rsidRPr="00D1769F">
        <w:t xml:space="preserve"> </w:t>
      </w:r>
      <w:proofErr w:type="spellStart"/>
      <w:r w:rsidR="00D1769F" w:rsidRPr="00D1769F">
        <w:rPr>
          <w:sz w:val="28"/>
          <w:szCs w:val="28"/>
        </w:rPr>
        <w:t>referente</w:t>
      </w:r>
      <w:proofErr w:type="spellEnd"/>
      <w:r w:rsidR="00D1769F" w:rsidRPr="00D1769F">
        <w:rPr>
          <w:sz w:val="28"/>
          <w:szCs w:val="28"/>
        </w:rPr>
        <w:t xml:space="preserve"> </w:t>
      </w:r>
      <w:proofErr w:type="spellStart"/>
      <w:r w:rsidR="00D1769F" w:rsidRPr="00D1769F">
        <w:rPr>
          <w:sz w:val="28"/>
          <w:szCs w:val="28"/>
        </w:rPr>
        <w:t>aos</w:t>
      </w:r>
      <w:proofErr w:type="spellEnd"/>
      <w:r w:rsidR="00D1769F" w:rsidRPr="00D1769F">
        <w:rPr>
          <w:sz w:val="28"/>
          <w:szCs w:val="28"/>
        </w:rPr>
        <w:t xml:space="preserve"> </w:t>
      </w:r>
      <w:proofErr w:type="spellStart"/>
      <w:r w:rsidR="00D1769F" w:rsidRPr="00D1769F">
        <w:rPr>
          <w:sz w:val="28"/>
          <w:szCs w:val="28"/>
        </w:rPr>
        <w:t>valores</w:t>
      </w:r>
      <w:proofErr w:type="spellEnd"/>
      <w:r w:rsidR="00D1769F" w:rsidRPr="00D1769F">
        <w:rPr>
          <w:sz w:val="28"/>
          <w:szCs w:val="28"/>
        </w:rPr>
        <w:t xml:space="preserve"> de </w:t>
      </w:r>
      <w:r w:rsidR="00D1769F" w:rsidRPr="00D1769F">
        <w:rPr>
          <w:b/>
          <w:bCs/>
          <w:sz w:val="28"/>
          <w:szCs w:val="28"/>
        </w:rPr>
        <w:t xml:space="preserve">R$ </w:t>
      </w:r>
      <w:r w:rsidR="00192811">
        <w:rPr>
          <w:b/>
          <w:bCs/>
          <w:sz w:val="28"/>
          <w:szCs w:val="28"/>
        </w:rPr>
        <w:t>1</w:t>
      </w:r>
      <w:r w:rsidR="00A21FD7">
        <w:rPr>
          <w:b/>
          <w:bCs/>
          <w:sz w:val="28"/>
          <w:szCs w:val="28"/>
        </w:rPr>
        <w:t>50</w:t>
      </w:r>
      <w:r w:rsidR="000A01D8">
        <w:rPr>
          <w:b/>
          <w:bCs/>
          <w:sz w:val="28"/>
          <w:szCs w:val="28"/>
        </w:rPr>
        <w:t>,00</w:t>
      </w:r>
      <w:r w:rsidR="00D1769F" w:rsidRPr="00D1769F">
        <w:rPr>
          <w:sz w:val="28"/>
          <w:szCs w:val="28"/>
        </w:rPr>
        <w:t xml:space="preserve"> (</w:t>
      </w:r>
      <w:r w:rsidR="00192811">
        <w:rPr>
          <w:sz w:val="28"/>
          <w:szCs w:val="28"/>
        </w:rPr>
        <w:t xml:space="preserve">Cento </w:t>
      </w:r>
      <w:r w:rsidR="00A21FD7">
        <w:rPr>
          <w:sz w:val="28"/>
          <w:szCs w:val="28"/>
        </w:rPr>
        <w:t xml:space="preserve">e </w:t>
      </w:r>
      <w:proofErr w:type="spellStart"/>
      <w:r w:rsidR="00A21FD7">
        <w:rPr>
          <w:sz w:val="28"/>
          <w:szCs w:val="28"/>
        </w:rPr>
        <w:t>ciquenta</w:t>
      </w:r>
      <w:proofErr w:type="spellEnd"/>
      <w:r w:rsidR="00A21FD7">
        <w:rPr>
          <w:sz w:val="28"/>
          <w:szCs w:val="28"/>
        </w:rPr>
        <w:t xml:space="preserve"> </w:t>
      </w:r>
      <w:r w:rsidR="00C663A3">
        <w:rPr>
          <w:sz w:val="28"/>
          <w:szCs w:val="28"/>
        </w:rPr>
        <w:t>reais</w:t>
      </w:r>
      <w:r w:rsidR="00D1769F" w:rsidRPr="00D1769F">
        <w:rPr>
          <w:sz w:val="28"/>
          <w:szCs w:val="28"/>
        </w:rPr>
        <w:t xml:space="preserve">) </w:t>
      </w:r>
      <w:proofErr w:type="spellStart"/>
      <w:r w:rsidR="00D1769F" w:rsidRPr="00D1769F">
        <w:rPr>
          <w:sz w:val="28"/>
          <w:szCs w:val="28"/>
        </w:rPr>
        <w:t>pelo</w:t>
      </w:r>
      <w:proofErr w:type="spellEnd"/>
      <w:r w:rsidR="00D1769F" w:rsidRPr="00D1769F">
        <w:rPr>
          <w:sz w:val="28"/>
          <w:szCs w:val="28"/>
        </w:rPr>
        <w:t xml:space="preserve"> </w:t>
      </w:r>
      <w:proofErr w:type="spellStart"/>
      <w:r w:rsidR="00D1769F" w:rsidRPr="00D1769F">
        <w:rPr>
          <w:sz w:val="28"/>
          <w:szCs w:val="28"/>
        </w:rPr>
        <w:t>uso</w:t>
      </w:r>
      <w:proofErr w:type="spellEnd"/>
      <w:r w:rsidR="00D1769F" w:rsidRPr="00D1769F">
        <w:rPr>
          <w:sz w:val="28"/>
          <w:szCs w:val="28"/>
        </w:rPr>
        <w:t xml:space="preserve"> do </w:t>
      </w:r>
      <w:proofErr w:type="spellStart"/>
      <w:r w:rsidR="00D1769F" w:rsidRPr="00D1769F">
        <w:rPr>
          <w:sz w:val="28"/>
          <w:szCs w:val="28"/>
        </w:rPr>
        <w:t>sistema</w:t>
      </w:r>
      <w:proofErr w:type="spellEnd"/>
      <w:r w:rsidR="00D1769F" w:rsidRPr="00D1769F">
        <w:rPr>
          <w:sz w:val="28"/>
          <w:szCs w:val="28"/>
        </w:rPr>
        <w:t xml:space="preserve"> </w:t>
      </w:r>
      <w:proofErr w:type="spellStart"/>
      <w:r w:rsidR="0000465A">
        <w:rPr>
          <w:sz w:val="28"/>
          <w:szCs w:val="28"/>
        </w:rPr>
        <w:t>Webg</w:t>
      </w:r>
      <w:r w:rsidR="00186C97">
        <w:rPr>
          <w:sz w:val="28"/>
          <w:szCs w:val="28"/>
        </w:rPr>
        <w:t>E</w:t>
      </w:r>
      <w:r w:rsidR="00D1769F" w:rsidRPr="00D1769F">
        <w:rPr>
          <w:sz w:val="28"/>
          <w:szCs w:val="28"/>
        </w:rPr>
        <w:t>Gestor</w:t>
      </w:r>
      <w:proofErr w:type="spellEnd"/>
      <w:r w:rsidR="00D1769F" w:rsidRPr="00D1769F">
        <w:rPr>
          <w:sz w:val="28"/>
          <w:szCs w:val="28"/>
        </w:rPr>
        <w:t>.</w:t>
      </w:r>
      <w:r w:rsidR="00A50AD4" w:rsidRPr="00A50AD4">
        <w:t xml:space="preserve"> </w:t>
      </w:r>
      <w:r w:rsidR="00A50AD4" w:rsidRPr="00A50AD4">
        <w:rPr>
          <w:sz w:val="28"/>
          <w:szCs w:val="28"/>
        </w:rPr>
        <w:t xml:space="preserve">O </w:t>
      </w:r>
      <w:proofErr w:type="spellStart"/>
      <w:r w:rsidR="00A50AD4" w:rsidRPr="00A50AD4">
        <w:rPr>
          <w:sz w:val="28"/>
          <w:szCs w:val="28"/>
        </w:rPr>
        <w:t>contrato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terá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vigência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mínima</w:t>
      </w:r>
      <w:proofErr w:type="spellEnd"/>
      <w:r w:rsidR="00A50AD4" w:rsidRPr="00A50AD4">
        <w:rPr>
          <w:sz w:val="28"/>
          <w:szCs w:val="28"/>
        </w:rPr>
        <w:t xml:space="preserve"> de 12 (doze) meses</w:t>
      </w:r>
      <w:r w:rsidR="00D1769F" w:rsidRPr="00A50AD4">
        <w:rPr>
          <w:sz w:val="28"/>
          <w:szCs w:val="28"/>
        </w:rPr>
        <w:t xml:space="preserve"> </w:t>
      </w:r>
      <w:proofErr w:type="spellStart"/>
      <w:r w:rsidR="00A50AD4">
        <w:rPr>
          <w:sz w:val="28"/>
          <w:szCs w:val="28"/>
        </w:rPr>
        <w:t>t</w:t>
      </w:r>
      <w:r w:rsidR="00D1769F" w:rsidRPr="00D1769F">
        <w:rPr>
          <w:sz w:val="28"/>
          <w:szCs w:val="28"/>
        </w:rPr>
        <w:t>otalizando</w:t>
      </w:r>
      <w:proofErr w:type="spellEnd"/>
      <w:r w:rsidR="00D1769F" w:rsidRPr="00D1769F">
        <w:rPr>
          <w:sz w:val="28"/>
          <w:szCs w:val="28"/>
        </w:rPr>
        <w:t xml:space="preserve"> o </w:t>
      </w:r>
      <w:proofErr w:type="spellStart"/>
      <w:r w:rsidR="00D1769F" w:rsidRPr="00D1769F">
        <w:rPr>
          <w:sz w:val="28"/>
          <w:szCs w:val="28"/>
        </w:rPr>
        <w:t>montante</w:t>
      </w:r>
      <w:proofErr w:type="spellEnd"/>
      <w:r w:rsidR="00D1769F" w:rsidRPr="00D1769F">
        <w:rPr>
          <w:sz w:val="28"/>
          <w:szCs w:val="28"/>
        </w:rPr>
        <w:t xml:space="preserve"> de </w:t>
      </w:r>
      <w:r w:rsidR="00D1769F" w:rsidRPr="00D1769F">
        <w:rPr>
          <w:b/>
          <w:bCs/>
          <w:sz w:val="28"/>
          <w:szCs w:val="28"/>
        </w:rPr>
        <w:t xml:space="preserve">R$ </w:t>
      </w:r>
      <w:r w:rsidR="00192811">
        <w:rPr>
          <w:b/>
          <w:bCs/>
          <w:sz w:val="28"/>
          <w:szCs w:val="28"/>
        </w:rPr>
        <w:t>1.800,00</w:t>
      </w:r>
      <w:r w:rsidR="00D1769F" w:rsidRPr="00D1769F">
        <w:rPr>
          <w:sz w:val="28"/>
          <w:szCs w:val="28"/>
        </w:rPr>
        <w:t xml:space="preserve"> (</w:t>
      </w:r>
      <w:r w:rsidR="00192811">
        <w:rPr>
          <w:sz w:val="28"/>
          <w:szCs w:val="28"/>
        </w:rPr>
        <w:t xml:space="preserve">um mil e </w:t>
      </w:r>
      <w:proofErr w:type="spellStart"/>
      <w:r w:rsidR="00192811">
        <w:rPr>
          <w:sz w:val="28"/>
          <w:szCs w:val="28"/>
        </w:rPr>
        <w:t>oitocentos</w:t>
      </w:r>
      <w:proofErr w:type="spellEnd"/>
      <w:r w:rsidR="00192811">
        <w:rPr>
          <w:sz w:val="28"/>
          <w:szCs w:val="28"/>
        </w:rPr>
        <w:t xml:space="preserve"> </w:t>
      </w:r>
      <w:r w:rsidR="00D1769F" w:rsidRPr="00D1769F">
        <w:rPr>
          <w:sz w:val="28"/>
          <w:szCs w:val="28"/>
        </w:rPr>
        <w:t>reais)</w:t>
      </w:r>
      <w:r w:rsid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independentemente</w:t>
      </w:r>
      <w:proofErr w:type="spellEnd"/>
      <w:r w:rsidR="00A50AD4" w:rsidRPr="00A50AD4">
        <w:rPr>
          <w:sz w:val="28"/>
          <w:szCs w:val="28"/>
        </w:rPr>
        <w:t xml:space="preserve"> do </w:t>
      </w:r>
      <w:proofErr w:type="spellStart"/>
      <w:r w:rsidR="00A50AD4" w:rsidRPr="00A50AD4">
        <w:rPr>
          <w:sz w:val="28"/>
          <w:szCs w:val="28"/>
        </w:rPr>
        <w:t>uso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efetivo</w:t>
      </w:r>
      <w:proofErr w:type="spellEnd"/>
      <w:r w:rsidR="00A50AD4" w:rsidRPr="00A50AD4">
        <w:rPr>
          <w:sz w:val="28"/>
          <w:szCs w:val="28"/>
        </w:rPr>
        <w:t xml:space="preserve"> do </w:t>
      </w:r>
      <w:proofErr w:type="spellStart"/>
      <w:r w:rsidR="00A50AD4" w:rsidRPr="00A50AD4">
        <w:rPr>
          <w:sz w:val="28"/>
          <w:szCs w:val="28"/>
        </w:rPr>
        <w:t>sistema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ou</w:t>
      </w:r>
      <w:proofErr w:type="spellEnd"/>
      <w:r w:rsidR="00A50AD4" w:rsidRPr="00A50AD4">
        <w:rPr>
          <w:sz w:val="28"/>
          <w:szCs w:val="28"/>
        </w:rPr>
        <w:t xml:space="preserve"> da </w:t>
      </w:r>
      <w:proofErr w:type="spellStart"/>
      <w:r w:rsidR="00A50AD4" w:rsidRPr="00A50AD4">
        <w:rPr>
          <w:sz w:val="28"/>
          <w:szCs w:val="28"/>
        </w:rPr>
        <w:t>rescisão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antecipada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por</w:t>
      </w:r>
      <w:proofErr w:type="spellEnd"/>
      <w:r w:rsidR="00A50AD4" w:rsidRPr="00A50AD4">
        <w:rPr>
          <w:sz w:val="28"/>
          <w:szCs w:val="28"/>
        </w:rPr>
        <w:t xml:space="preserve"> </w:t>
      </w:r>
      <w:proofErr w:type="spellStart"/>
      <w:r w:rsidR="00A50AD4" w:rsidRPr="00A50AD4">
        <w:rPr>
          <w:sz w:val="28"/>
          <w:szCs w:val="28"/>
        </w:rPr>
        <w:t>iniciativa</w:t>
      </w:r>
      <w:proofErr w:type="spellEnd"/>
      <w:r w:rsidR="00A50AD4" w:rsidRPr="00A50AD4">
        <w:rPr>
          <w:sz w:val="28"/>
          <w:szCs w:val="28"/>
        </w:rPr>
        <w:t xml:space="preserve"> do </w:t>
      </w:r>
      <w:r w:rsidR="00A50AD4" w:rsidRPr="00A50AD4">
        <w:rPr>
          <w:b/>
          <w:bCs/>
          <w:sz w:val="28"/>
          <w:szCs w:val="28"/>
        </w:rPr>
        <w:t>CONTRATANTE</w:t>
      </w:r>
      <w:r w:rsidR="00A50AD4" w:rsidRPr="00CC1738">
        <w:rPr>
          <w:b/>
          <w:bCs/>
        </w:rPr>
        <w:t>.</w:t>
      </w:r>
    </w:p>
    <w:p w14:paraId="5304903A" w14:textId="0AB3D41F" w:rsidR="000456F9" w:rsidRPr="00A50AD4" w:rsidRDefault="00000000" w:rsidP="00A50AD4">
      <w:pPr>
        <w:jc w:val="both"/>
        <w:rPr>
          <w:sz w:val="28"/>
          <w:szCs w:val="28"/>
        </w:rPr>
      </w:pPr>
      <w:r w:rsidRPr="008F4635">
        <w:rPr>
          <w:sz w:val="28"/>
          <w:szCs w:val="28"/>
        </w:rPr>
        <w:br/>
        <w:t xml:space="preserve">Declaro </w:t>
      </w:r>
      <w:proofErr w:type="spellStart"/>
      <w:r w:rsidRPr="008F4635">
        <w:rPr>
          <w:sz w:val="28"/>
          <w:szCs w:val="28"/>
        </w:rPr>
        <w:t>estar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ciente</w:t>
      </w:r>
      <w:proofErr w:type="spellEnd"/>
      <w:r w:rsidRPr="008F4635">
        <w:rPr>
          <w:sz w:val="28"/>
          <w:szCs w:val="28"/>
        </w:rPr>
        <w:t xml:space="preserve"> de que, </w:t>
      </w:r>
      <w:proofErr w:type="spellStart"/>
      <w:r w:rsidRPr="008F4635">
        <w:rPr>
          <w:sz w:val="28"/>
          <w:szCs w:val="28"/>
        </w:rPr>
        <w:t>em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caso</w:t>
      </w:r>
      <w:proofErr w:type="spellEnd"/>
      <w:r w:rsidRPr="008F4635">
        <w:rPr>
          <w:sz w:val="28"/>
          <w:szCs w:val="28"/>
        </w:rPr>
        <w:t xml:space="preserve"> de </w:t>
      </w:r>
      <w:proofErr w:type="spellStart"/>
      <w:r w:rsidRPr="008F4635">
        <w:rPr>
          <w:sz w:val="28"/>
          <w:szCs w:val="28"/>
        </w:rPr>
        <w:t>inadimplência</w:t>
      </w:r>
      <w:proofErr w:type="spellEnd"/>
      <w:r w:rsidRPr="008F4635">
        <w:rPr>
          <w:sz w:val="28"/>
          <w:szCs w:val="28"/>
        </w:rPr>
        <w:t xml:space="preserve">, a </w:t>
      </w:r>
      <w:r w:rsidRPr="008F4635">
        <w:rPr>
          <w:b/>
          <w:bCs/>
          <w:sz w:val="28"/>
          <w:szCs w:val="28"/>
        </w:rPr>
        <w:t xml:space="preserve">SOFTJAVA SISTEMAS </w:t>
      </w:r>
      <w:proofErr w:type="spellStart"/>
      <w:r w:rsidRPr="008F4635">
        <w:rPr>
          <w:sz w:val="28"/>
          <w:szCs w:val="28"/>
        </w:rPr>
        <w:t>poderá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negativar</w:t>
      </w:r>
      <w:proofErr w:type="spellEnd"/>
      <w:r w:rsidRPr="008F4635">
        <w:rPr>
          <w:sz w:val="28"/>
          <w:szCs w:val="28"/>
        </w:rPr>
        <w:t xml:space="preserve"> meu CNPJ/CPF e </w:t>
      </w:r>
      <w:proofErr w:type="spellStart"/>
      <w:r w:rsidRPr="008F4635">
        <w:rPr>
          <w:sz w:val="28"/>
          <w:szCs w:val="28"/>
        </w:rPr>
        <w:t>ajuizar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cobrança</w:t>
      </w:r>
      <w:proofErr w:type="spellEnd"/>
      <w:r w:rsidRPr="008F4635">
        <w:rPr>
          <w:sz w:val="28"/>
          <w:szCs w:val="28"/>
        </w:rPr>
        <w:t xml:space="preserve"> judicial, </w:t>
      </w:r>
      <w:proofErr w:type="spellStart"/>
      <w:r w:rsidRPr="008F4635">
        <w:rPr>
          <w:sz w:val="28"/>
          <w:szCs w:val="28"/>
        </w:rPr>
        <w:t>estando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eu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sujeito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às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penalidades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previstas</w:t>
      </w:r>
      <w:proofErr w:type="spellEnd"/>
      <w:r w:rsidRPr="008F4635">
        <w:rPr>
          <w:sz w:val="28"/>
          <w:szCs w:val="28"/>
        </w:rPr>
        <w:t xml:space="preserve"> </w:t>
      </w:r>
      <w:proofErr w:type="spellStart"/>
      <w:r w:rsidRPr="008F4635">
        <w:rPr>
          <w:sz w:val="28"/>
          <w:szCs w:val="28"/>
        </w:rPr>
        <w:t>em</w:t>
      </w:r>
      <w:proofErr w:type="spellEnd"/>
      <w:r w:rsidRPr="008F4635">
        <w:rPr>
          <w:sz w:val="28"/>
          <w:szCs w:val="28"/>
        </w:rPr>
        <w:t xml:space="preserve"> lei.</w:t>
      </w:r>
      <w:r w:rsidR="00A50AD4">
        <w:rPr>
          <w:sz w:val="28"/>
          <w:szCs w:val="28"/>
        </w:rPr>
        <w:br/>
      </w:r>
      <w:r w:rsidRPr="008F4635">
        <w:rPr>
          <w:sz w:val="28"/>
          <w:szCs w:val="28"/>
        </w:rPr>
        <w:br/>
      </w:r>
      <w:r w:rsidRPr="008F4635">
        <w:rPr>
          <w:sz w:val="28"/>
          <w:szCs w:val="28"/>
        </w:rPr>
        <w:br/>
      </w:r>
      <w:r w:rsidR="008F4635" w:rsidRPr="008A7A4A">
        <w:rPr>
          <w:b/>
          <w:bCs/>
          <w:sz w:val="24"/>
          <w:szCs w:val="24"/>
        </w:rPr>
        <w:t>PEIXOTO DE AZEVEDO, MATO GROSSO-BRASIL</w:t>
      </w:r>
      <w:r w:rsidRPr="008A7A4A">
        <w:rPr>
          <w:b/>
          <w:bCs/>
          <w:sz w:val="24"/>
          <w:szCs w:val="24"/>
        </w:rPr>
        <w:t xml:space="preserve">, </w:t>
      </w:r>
      <w:r w:rsidR="00814682">
        <w:rPr>
          <w:b/>
          <w:bCs/>
          <w:sz w:val="24"/>
          <w:szCs w:val="24"/>
        </w:rPr>
        <w:t>26</w:t>
      </w:r>
      <w:r w:rsidR="00201268">
        <w:rPr>
          <w:b/>
          <w:bCs/>
          <w:sz w:val="24"/>
          <w:szCs w:val="24"/>
        </w:rPr>
        <w:t xml:space="preserve"> DE </w:t>
      </w:r>
      <w:r w:rsidR="00814682">
        <w:rPr>
          <w:b/>
          <w:bCs/>
          <w:sz w:val="24"/>
          <w:szCs w:val="24"/>
        </w:rPr>
        <w:t>JUNHO</w:t>
      </w:r>
      <w:r w:rsidR="008F4635" w:rsidRPr="008A7A4A">
        <w:rPr>
          <w:b/>
          <w:bCs/>
          <w:sz w:val="24"/>
          <w:szCs w:val="24"/>
        </w:rPr>
        <w:t xml:space="preserve"> DE 2025.</w:t>
      </w:r>
      <w:r w:rsidR="00404337">
        <w:rPr>
          <w:b/>
          <w:bCs/>
          <w:sz w:val="24"/>
          <w:szCs w:val="24"/>
        </w:rPr>
        <w:br/>
      </w:r>
    </w:p>
    <w:p w14:paraId="05068552" w14:textId="1F222896" w:rsidR="00C935F6" w:rsidRPr="007A40EB" w:rsidRDefault="00000000">
      <w:r w:rsidRPr="008F4635">
        <w:rPr>
          <w:sz w:val="28"/>
          <w:szCs w:val="28"/>
        </w:rPr>
        <w:br/>
      </w:r>
      <w:proofErr w:type="spellStart"/>
      <w:r w:rsidRPr="008F4635">
        <w:rPr>
          <w:sz w:val="28"/>
          <w:szCs w:val="28"/>
        </w:rPr>
        <w:t>Assinatura</w:t>
      </w:r>
      <w:proofErr w:type="spellEnd"/>
      <w:r w:rsidRPr="008F4635">
        <w:rPr>
          <w:sz w:val="28"/>
          <w:szCs w:val="28"/>
        </w:rPr>
        <w:t xml:space="preserve"> do CONTRATANTE:</w:t>
      </w:r>
      <w:r w:rsidR="00A50AD4">
        <w:rPr>
          <w:sz w:val="28"/>
          <w:szCs w:val="28"/>
        </w:rPr>
        <w:br/>
      </w:r>
      <w:r w:rsidR="008F4635" w:rsidRPr="008F4635">
        <w:rPr>
          <w:sz w:val="28"/>
          <w:szCs w:val="28"/>
        </w:rPr>
        <w:br/>
      </w:r>
      <w:r w:rsidR="008F4635" w:rsidRPr="008F4635">
        <w:rPr>
          <w:sz w:val="28"/>
          <w:szCs w:val="28"/>
        </w:rPr>
        <w:br/>
      </w:r>
      <w:r w:rsidR="008F4635" w:rsidRPr="008F4635">
        <w:rPr>
          <w:sz w:val="28"/>
          <w:szCs w:val="28"/>
        </w:rPr>
        <w:br/>
      </w:r>
      <w:r w:rsidRPr="00186C97">
        <w:rPr>
          <w:sz w:val="28"/>
          <w:szCs w:val="28"/>
        </w:rPr>
        <w:t xml:space="preserve"> </w:t>
      </w:r>
      <w:r w:rsidRPr="00192811">
        <w:rPr>
          <w:sz w:val="28"/>
          <w:szCs w:val="28"/>
        </w:rPr>
        <w:t>___________________________</w:t>
      </w:r>
      <w:r w:rsidRPr="00192811">
        <w:rPr>
          <w:sz w:val="28"/>
          <w:szCs w:val="28"/>
        </w:rPr>
        <w:br/>
      </w:r>
      <w:r w:rsidRPr="00055F48">
        <w:rPr>
          <w:sz w:val="28"/>
          <w:szCs w:val="28"/>
        </w:rPr>
        <w:t>Nome:</w:t>
      </w:r>
      <w:r w:rsidR="004464F7" w:rsidRPr="00055F48">
        <w:rPr>
          <w:sz w:val="28"/>
          <w:szCs w:val="28"/>
        </w:rPr>
        <w:t xml:space="preserve"> </w:t>
      </w:r>
      <w:r w:rsidR="00814682" w:rsidRPr="00814682">
        <w:rPr>
          <w:sz w:val="28"/>
          <w:szCs w:val="28"/>
        </w:rPr>
        <w:t>FARINHA LIDERANCA LTDA</w:t>
      </w:r>
      <w:r w:rsidR="00423D9E" w:rsidRPr="00814682">
        <w:rPr>
          <w:sz w:val="28"/>
          <w:szCs w:val="28"/>
        </w:rPr>
        <w:br/>
      </w:r>
      <w:r w:rsidRPr="00814682">
        <w:rPr>
          <w:sz w:val="28"/>
          <w:szCs w:val="28"/>
        </w:rPr>
        <w:t>C</w:t>
      </w:r>
      <w:r w:rsidR="008F31DA" w:rsidRPr="00814682">
        <w:rPr>
          <w:sz w:val="28"/>
          <w:szCs w:val="28"/>
        </w:rPr>
        <w:t>NPJ</w:t>
      </w:r>
      <w:r w:rsidRPr="00814682">
        <w:rPr>
          <w:sz w:val="28"/>
          <w:szCs w:val="28"/>
        </w:rPr>
        <w:t xml:space="preserve">: </w:t>
      </w:r>
      <w:r w:rsidR="00814682" w:rsidRPr="00814682">
        <w:rPr>
          <w:sz w:val="28"/>
          <w:szCs w:val="28"/>
        </w:rPr>
        <w:t>29.525.442/0001-33</w:t>
      </w:r>
    </w:p>
    <w:sectPr w:rsidR="00C935F6" w:rsidRPr="007A40EB" w:rsidSect="00501BEE">
      <w:headerReference w:type="default" r:id="rId8"/>
      <w:footerReference w:type="default" r:id="rId9"/>
      <w:pgSz w:w="12240" w:h="15840"/>
      <w:pgMar w:top="2268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7E847" w14:textId="77777777" w:rsidR="003E23C3" w:rsidRDefault="003E23C3" w:rsidP="00B52543">
      <w:pPr>
        <w:spacing w:after="0" w:line="240" w:lineRule="auto"/>
      </w:pPr>
      <w:r>
        <w:separator/>
      </w:r>
    </w:p>
  </w:endnote>
  <w:endnote w:type="continuationSeparator" w:id="0">
    <w:p w14:paraId="04B195C2" w14:textId="77777777" w:rsidR="003E23C3" w:rsidRDefault="003E23C3" w:rsidP="00B52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D5F3D" w14:textId="77777777" w:rsidR="00B52543" w:rsidRPr="00B52543" w:rsidRDefault="00B52543">
    <w:pPr>
      <w:pStyle w:val="Rodap"/>
      <w:rPr>
        <w:lang w:val="pt-BR"/>
      </w:rPr>
    </w:pPr>
    <w:proofErr w:type="gramStart"/>
    <w:r>
      <w:rPr>
        <w:lang w:val="pt-BR"/>
      </w:rPr>
      <w:t>CONTATOS :</w:t>
    </w:r>
    <w:proofErr w:type="gramEnd"/>
    <w:r>
      <w:rPr>
        <w:lang w:val="pt-BR"/>
      </w:rPr>
      <w:t xml:space="preserve"> FIXO 66 2123-52009 | WHATSAPP 66 98411-2666 </w:t>
    </w:r>
    <w:r>
      <w:rPr>
        <w:lang w:val="pt-BR"/>
      </w:rPr>
      <w:br/>
    </w:r>
    <w:proofErr w:type="gramStart"/>
    <w:r>
      <w:rPr>
        <w:lang w:val="pt-BR"/>
      </w:rPr>
      <w:t>e-mail :</w:t>
    </w:r>
    <w:proofErr w:type="gramEnd"/>
    <w:r>
      <w:rPr>
        <w:lang w:val="pt-BR"/>
      </w:rPr>
      <w:t>contato@softjava.com.br | www.softjava.com.br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43346" w14:textId="77777777" w:rsidR="003E23C3" w:rsidRDefault="003E23C3" w:rsidP="00B52543">
      <w:pPr>
        <w:spacing w:after="0" w:line="240" w:lineRule="auto"/>
      </w:pPr>
      <w:r>
        <w:separator/>
      </w:r>
    </w:p>
  </w:footnote>
  <w:footnote w:type="continuationSeparator" w:id="0">
    <w:p w14:paraId="16B344DB" w14:textId="77777777" w:rsidR="003E23C3" w:rsidRDefault="003E23C3" w:rsidP="00B52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AF98D" w14:textId="54EDC062" w:rsidR="00B52543" w:rsidRDefault="00B52543">
    <w:pPr>
      <w:pStyle w:val="Cabealho"/>
    </w:pPr>
    <w:r w:rsidRPr="00501BEE"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75E90DCC" wp14:editId="08C34565">
          <wp:simplePos x="0" y="0"/>
          <wp:positionH relativeFrom="column">
            <wp:posOffset>4552950</wp:posOffset>
          </wp:positionH>
          <wp:positionV relativeFrom="paragraph">
            <wp:posOffset>-209550</wp:posOffset>
          </wp:positionV>
          <wp:extent cx="1800225" cy="591503"/>
          <wp:effectExtent l="0" t="0" r="0" b="0"/>
          <wp:wrapNone/>
          <wp:docPr id="1564867653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658827" name="Imagem 1" descr="Uma imagem contendo 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5915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01BEE">
      <w:rPr>
        <w:b/>
        <w:bCs/>
        <w:sz w:val="32"/>
        <w:szCs w:val="32"/>
      </w:rPr>
      <w:t>SOF</w:t>
    </w:r>
    <w:r w:rsidR="00951ECE">
      <w:rPr>
        <w:b/>
        <w:bCs/>
        <w:sz w:val="32"/>
        <w:szCs w:val="32"/>
      </w:rPr>
      <w:t>T</w:t>
    </w:r>
    <w:r w:rsidRPr="00501BEE">
      <w:rPr>
        <w:b/>
        <w:bCs/>
        <w:sz w:val="32"/>
        <w:szCs w:val="32"/>
      </w:rPr>
      <w:t>JAVA SISTEMAS</w:t>
    </w:r>
    <w:r w:rsidR="00501BEE">
      <w:br/>
    </w:r>
    <w:r>
      <w:t>WILLIAN RESPLANDES MATIAS</w:t>
    </w:r>
    <w:r w:rsidR="00501BEE">
      <w:br/>
      <w:t xml:space="preserve">CNPJ 26.957.858/0001-32 IE </w:t>
    </w:r>
    <w:r w:rsidR="00501BEE" w:rsidRPr="00501BEE">
      <w:t>138009252</w:t>
    </w:r>
  </w:p>
  <w:p w14:paraId="0C9475AF" w14:textId="77777777" w:rsidR="00B52543" w:rsidRDefault="00B52543">
    <w:pPr>
      <w:pStyle w:val="Cabealho"/>
    </w:pPr>
    <w:r>
      <w:t>AVENIDA BRASIL, 503,</w:t>
    </w:r>
    <w:r w:rsidR="00501BEE">
      <w:t>78530-000,</w:t>
    </w:r>
    <w:r>
      <w:t xml:space="preserve"> CENTRO</w:t>
    </w:r>
    <w:r w:rsidR="00501BEE">
      <w:br/>
    </w:r>
    <w:r>
      <w:t>PEIXOTO DE AZEVEDO-MATO GROSSO</w:t>
    </w:r>
    <w:r w:rsidR="00501BEE">
      <w:t>-BRASIL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3298013">
    <w:abstractNumId w:val="8"/>
  </w:num>
  <w:num w:numId="2" w16cid:durableId="1347633227">
    <w:abstractNumId w:val="6"/>
  </w:num>
  <w:num w:numId="3" w16cid:durableId="737483548">
    <w:abstractNumId w:val="5"/>
  </w:num>
  <w:num w:numId="4" w16cid:durableId="1256941313">
    <w:abstractNumId w:val="4"/>
  </w:num>
  <w:num w:numId="5" w16cid:durableId="203376099">
    <w:abstractNumId w:val="7"/>
  </w:num>
  <w:num w:numId="6" w16cid:durableId="146867319">
    <w:abstractNumId w:val="3"/>
  </w:num>
  <w:num w:numId="7" w16cid:durableId="87429576">
    <w:abstractNumId w:val="2"/>
  </w:num>
  <w:num w:numId="8" w16cid:durableId="2058553106">
    <w:abstractNumId w:val="1"/>
  </w:num>
  <w:num w:numId="9" w16cid:durableId="2052267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465A"/>
    <w:rsid w:val="00034616"/>
    <w:rsid w:val="00036EA8"/>
    <w:rsid w:val="000456F9"/>
    <w:rsid w:val="00055F48"/>
    <w:rsid w:val="0006063C"/>
    <w:rsid w:val="000611CD"/>
    <w:rsid w:val="000A01D8"/>
    <w:rsid w:val="000A524D"/>
    <w:rsid w:val="000B3CA9"/>
    <w:rsid w:val="000C31EC"/>
    <w:rsid w:val="0010181E"/>
    <w:rsid w:val="00102057"/>
    <w:rsid w:val="00127CEA"/>
    <w:rsid w:val="001407EF"/>
    <w:rsid w:val="0015074B"/>
    <w:rsid w:val="0015308C"/>
    <w:rsid w:val="00156B01"/>
    <w:rsid w:val="0016285A"/>
    <w:rsid w:val="00186C97"/>
    <w:rsid w:val="00191776"/>
    <w:rsid w:val="00192811"/>
    <w:rsid w:val="001939C6"/>
    <w:rsid w:val="001A5371"/>
    <w:rsid w:val="001B0156"/>
    <w:rsid w:val="001C2FD6"/>
    <w:rsid w:val="001D1E2F"/>
    <w:rsid w:val="001D1F60"/>
    <w:rsid w:val="001F1047"/>
    <w:rsid w:val="001F68B8"/>
    <w:rsid w:val="00201268"/>
    <w:rsid w:val="00201416"/>
    <w:rsid w:val="00206709"/>
    <w:rsid w:val="0022341D"/>
    <w:rsid w:val="00227800"/>
    <w:rsid w:val="00241657"/>
    <w:rsid w:val="0029639D"/>
    <w:rsid w:val="002A602A"/>
    <w:rsid w:val="002D20BE"/>
    <w:rsid w:val="002F327B"/>
    <w:rsid w:val="00321EA3"/>
    <w:rsid w:val="00326F90"/>
    <w:rsid w:val="00331199"/>
    <w:rsid w:val="00335814"/>
    <w:rsid w:val="00350385"/>
    <w:rsid w:val="003B459D"/>
    <w:rsid w:val="003D4094"/>
    <w:rsid w:val="003E23C3"/>
    <w:rsid w:val="003F0093"/>
    <w:rsid w:val="00404337"/>
    <w:rsid w:val="00410F85"/>
    <w:rsid w:val="004176B7"/>
    <w:rsid w:val="00420879"/>
    <w:rsid w:val="00423D9E"/>
    <w:rsid w:val="00425CAB"/>
    <w:rsid w:val="004464F7"/>
    <w:rsid w:val="00480027"/>
    <w:rsid w:val="0049450C"/>
    <w:rsid w:val="004C35FE"/>
    <w:rsid w:val="004E44CC"/>
    <w:rsid w:val="00501BEE"/>
    <w:rsid w:val="005026F1"/>
    <w:rsid w:val="00504AC6"/>
    <w:rsid w:val="005229C4"/>
    <w:rsid w:val="005256CE"/>
    <w:rsid w:val="00525BBA"/>
    <w:rsid w:val="005556BE"/>
    <w:rsid w:val="005813C9"/>
    <w:rsid w:val="00582732"/>
    <w:rsid w:val="00584ACD"/>
    <w:rsid w:val="0059235F"/>
    <w:rsid w:val="005A1AA5"/>
    <w:rsid w:val="00603125"/>
    <w:rsid w:val="00606223"/>
    <w:rsid w:val="0062322C"/>
    <w:rsid w:val="00631826"/>
    <w:rsid w:val="00641090"/>
    <w:rsid w:val="00656D54"/>
    <w:rsid w:val="006F4C5B"/>
    <w:rsid w:val="007017B8"/>
    <w:rsid w:val="007158D4"/>
    <w:rsid w:val="00735C14"/>
    <w:rsid w:val="007515C9"/>
    <w:rsid w:val="00754213"/>
    <w:rsid w:val="0076294B"/>
    <w:rsid w:val="00764DEB"/>
    <w:rsid w:val="007A40EB"/>
    <w:rsid w:val="007A462C"/>
    <w:rsid w:val="007C023F"/>
    <w:rsid w:val="007C54BC"/>
    <w:rsid w:val="007E14B8"/>
    <w:rsid w:val="007F5C77"/>
    <w:rsid w:val="0080084F"/>
    <w:rsid w:val="008015BD"/>
    <w:rsid w:val="00814682"/>
    <w:rsid w:val="0083410A"/>
    <w:rsid w:val="00845CEC"/>
    <w:rsid w:val="00860355"/>
    <w:rsid w:val="0088262B"/>
    <w:rsid w:val="008A7A4A"/>
    <w:rsid w:val="008B039E"/>
    <w:rsid w:val="008C1B2A"/>
    <w:rsid w:val="008D3D5D"/>
    <w:rsid w:val="008E1CF0"/>
    <w:rsid w:val="008F31DA"/>
    <w:rsid w:val="008F4635"/>
    <w:rsid w:val="008F69F8"/>
    <w:rsid w:val="00903083"/>
    <w:rsid w:val="009037DF"/>
    <w:rsid w:val="00903CAF"/>
    <w:rsid w:val="009465E3"/>
    <w:rsid w:val="00951ECE"/>
    <w:rsid w:val="00955505"/>
    <w:rsid w:val="00956CD8"/>
    <w:rsid w:val="00966ADC"/>
    <w:rsid w:val="009C24C9"/>
    <w:rsid w:val="009F71A8"/>
    <w:rsid w:val="00A20020"/>
    <w:rsid w:val="00A21FD7"/>
    <w:rsid w:val="00A47768"/>
    <w:rsid w:val="00A50AD4"/>
    <w:rsid w:val="00A7763D"/>
    <w:rsid w:val="00AA1D8D"/>
    <w:rsid w:val="00AC07E9"/>
    <w:rsid w:val="00AC2D52"/>
    <w:rsid w:val="00AD6A77"/>
    <w:rsid w:val="00AE7549"/>
    <w:rsid w:val="00AF213F"/>
    <w:rsid w:val="00B074BF"/>
    <w:rsid w:val="00B11632"/>
    <w:rsid w:val="00B31224"/>
    <w:rsid w:val="00B33645"/>
    <w:rsid w:val="00B47730"/>
    <w:rsid w:val="00B52543"/>
    <w:rsid w:val="00B53BE9"/>
    <w:rsid w:val="00B60ECC"/>
    <w:rsid w:val="00BA229B"/>
    <w:rsid w:val="00BA33C3"/>
    <w:rsid w:val="00BC750B"/>
    <w:rsid w:val="00BD0C04"/>
    <w:rsid w:val="00BD2345"/>
    <w:rsid w:val="00BE2DA0"/>
    <w:rsid w:val="00BE324D"/>
    <w:rsid w:val="00C1620D"/>
    <w:rsid w:val="00C257B0"/>
    <w:rsid w:val="00C36EB2"/>
    <w:rsid w:val="00C52424"/>
    <w:rsid w:val="00C62FB9"/>
    <w:rsid w:val="00C663A3"/>
    <w:rsid w:val="00C830EF"/>
    <w:rsid w:val="00C873FE"/>
    <w:rsid w:val="00C935F6"/>
    <w:rsid w:val="00CB0664"/>
    <w:rsid w:val="00CB13A1"/>
    <w:rsid w:val="00CB3BE8"/>
    <w:rsid w:val="00CC1738"/>
    <w:rsid w:val="00CC3872"/>
    <w:rsid w:val="00CD729B"/>
    <w:rsid w:val="00CF4D98"/>
    <w:rsid w:val="00D15696"/>
    <w:rsid w:val="00D1769F"/>
    <w:rsid w:val="00D577CE"/>
    <w:rsid w:val="00DA28B2"/>
    <w:rsid w:val="00DA4AD3"/>
    <w:rsid w:val="00DE775C"/>
    <w:rsid w:val="00DF46A1"/>
    <w:rsid w:val="00DF52ED"/>
    <w:rsid w:val="00E01390"/>
    <w:rsid w:val="00E26904"/>
    <w:rsid w:val="00E348F5"/>
    <w:rsid w:val="00E615A3"/>
    <w:rsid w:val="00E763FF"/>
    <w:rsid w:val="00E764FB"/>
    <w:rsid w:val="00E776AE"/>
    <w:rsid w:val="00EA3E0B"/>
    <w:rsid w:val="00EB28D8"/>
    <w:rsid w:val="00EB3FBE"/>
    <w:rsid w:val="00EC2E37"/>
    <w:rsid w:val="00ED3C2B"/>
    <w:rsid w:val="00EE08D2"/>
    <w:rsid w:val="00EE64DA"/>
    <w:rsid w:val="00EE6DDA"/>
    <w:rsid w:val="00EE6F0B"/>
    <w:rsid w:val="00F44ABE"/>
    <w:rsid w:val="00F5154E"/>
    <w:rsid w:val="00F65162"/>
    <w:rsid w:val="00F81148"/>
    <w:rsid w:val="00F94982"/>
    <w:rsid w:val="00FA7EF3"/>
    <w:rsid w:val="00FB3384"/>
    <w:rsid w:val="00FB3554"/>
    <w:rsid w:val="00FC693F"/>
    <w:rsid w:val="00FD4A71"/>
    <w:rsid w:val="00F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BA1154"/>
  <w14:defaultImageDpi w14:val="300"/>
  <w15:docId w15:val="{F7EC6FE8-A84D-4EBB-AA76-B413E5E4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AD4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1175</Words>
  <Characters>6347</Characters>
  <Application>Microsoft Office Word</Application>
  <DocSecurity>0</DocSecurity>
  <Lines>52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7507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agr</cp:lastModifiedBy>
  <cp:revision>3</cp:revision>
  <cp:lastPrinted>2025-04-08T14:02:00Z</cp:lastPrinted>
  <dcterms:created xsi:type="dcterms:W3CDTF">2025-06-26T18:28:00Z</dcterms:created>
  <dcterms:modified xsi:type="dcterms:W3CDTF">2025-07-01T18:22:00Z</dcterms:modified>
  <cp:category/>
</cp:coreProperties>
</file>